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25032" w14:textId="77777777" w:rsidR="00F208C8" w:rsidRDefault="00C6379A" w:rsidP="00BB78C7">
      <w:pPr>
        <w:jc w:val="center"/>
        <w:rPr>
          <w:rFonts w:ascii="Arial" w:hAnsi="Arial" w:cs="Arial"/>
          <w:noProof/>
          <w:sz w:val="28"/>
          <w:szCs w:val="28"/>
          <w:lang w:val="en-GB" w:eastAsia="en-GB"/>
        </w:rPr>
      </w:pPr>
      <w:r w:rsidRPr="008F3EEF">
        <w:rPr>
          <w:rFonts w:ascii="Arial" w:hAnsi="Arial" w:cs="Arial"/>
          <w:noProof/>
          <w:sz w:val="28"/>
          <w:szCs w:val="28"/>
          <w:lang w:val="en-GB" w:eastAsia="en-GB"/>
        </w:rPr>
        <w:t>Lani &amp; the Deities</w:t>
      </w:r>
    </w:p>
    <w:p w14:paraId="538AF2BB" w14:textId="77777777" w:rsidR="00F208C8" w:rsidRDefault="00F208C8" w:rsidP="00BB78C7">
      <w:pPr>
        <w:jc w:val="center"/>
        <w:rPr>
          <w:rFonts w:ascii="Arial" w:hAnsi="Arial" w:cs="Arial"/>
          <w:noProof/>
          <w:sz w:val="28"/>
          <w:szCs w:val="28"/>
          <w:lang w:val="en-GB" w:eastAsia="en-GB"/>
        </w:rPr>
      </w:pPr>
    </w:p>
    <w:p w14:paraId="3C838A83" w14:textId="456F3C23" w:rsidR="00C87498" w:rsidRPr="008F3EEF" w:rsidRDefault="00F208C8" w:rsidP="00BB78C7">
      <w:pPr>
        <w:jc w:val="center"/>
        <w:rPr>
          <w:rFonts w:ascii="Arial" w:hAnsi="Arial" w:cs="Arial"/>
          <w:sz w:val="28"/>
          <w:szCs w:val="28"/>
        </w:rPr>
      </w:pPr>
      <w:r>
        <w:rPr>
          <w:rFonts w:ascii="Arial" w:hAnsi="Arial" w:cs="Arial"/>
          <w:noProof/>
          <w:sz w:val="28"/>
          <w:szCs w:val="28"/>
        </w:rPr>
        <w:drawing>
          <wp:inline distT="0" distB="0" distL="0" distR="0" wp14:anchorId="5762D5DE" wp14:editId="50473AA1">
            <wp:extent cx="2743200" cy="2743200"/>
            <wp:effectExtent l="0" t="0" r="0" b="0"/>
            <wp:docPr id="204691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8886" name="Picture 2046918886"/>
                    <pic:cNvPicPr/>
                  </pic:nvPicPr>
                  <pic:blipFill>
                    <a:blip r:embed="rId6"/>
                    <a:stretch>
                      <a:fillRect/>
                    </a:stretch>
                  </pic:blipFill>
                  <pic:spPr>
                    <a:xfrm>
                      <a:off x="0" y="0"/>
                      <a:ext cx="2743200" cy="2743200"/>
                    </a:xfrm>
                    <a:prstGeom prst="rect">
                      <a:avLst/>
                    </a:prstGeom>
                  </pic:spPr>
                </pic:pic>
              </a:graphicData>
            </a:graphic>
          </wp:inline>
        </w:drawing>
      </w:r>
      <w:r w:rsidR="00BB78C7" w:rsidRPr="008F3EEF">
        <w:rPr>
          <w:rFonts w:ascii="Arial" w:hAnsi="Arial" w:cs="Arial"/>
          <w:sz w:val="28"/>
          <w:szCs w:val="28"/>
        </w:rPr>
        <w:br w:type="page"/>
      </w:r>
    </w:p>
    <w:p w14:paraId="1D659198" w14:textId="324244F5" w:rsidR="00C87498" w:rsidRPr="008F3EEF" w:rsidRDefault="007C4501">
      <w:pPr>
        <w:pStyle w:val="Heading1"/>
        <w:rPr>
          <w:rFonts w:ascii="Arial" w:hAnsi="Arial" w:cs="Arial"/>
        </w:rPr>
      </w:pPr>
      <w:r w:rsidRPr="008F3EEF">
        <w:rPr>
          <w:rFonts w:ascii="Arial" w:hAnsi="Arial" w:cs="Arial"/>
        </w:rPr>
        <w:lastRenderedPageBreak/>
        <w:t>Prologue</w:t>
      </w:r>
    </w:p>
    <w:p w14:paraId="7FD148AA" w14:textId="158B6834" w:rsidR="00AB5800" w:rsidRPr="008F3EEF" w:rsidRDefault="00AB5800" w:rsidP="00BB78C7">
      <w:pPr>
        <w:jc w:val="center"/>
        <w:rPr>
          <w:rFonts w:ascii="Arial" w:hAnsi="Arial" w:cs="Arial"/>
          <w:sz w:val="28"/>
          <w:szCs w:val="28"/>
        </w:rPr>
      </w:pPr>
    </w:p>
    <w:p w14:paraId="5C8F2B11" w14:textId="1A7DAA83" w:rsidR="00C87498" w:rsidRPr="008F3EEF" w:rsidRDefault="007C4501">
      <w:pPr>
        <w:rPr>
          <w:rFonts w:ascii="Arial" w:hAnsi="Arial" w:cs="Arial"/>
          <w:sz w:val="28"/>
          <w:szCs w:val="28"/>
        </w:rPr>
      </w:pPr>
      <w:r w:rsidRPr="008F3EEF">
        <w:rPr>
          <w:rFonts w:ascii="Arial" w:hAnsi="Arial" w:cs="Arial"/>
          <w:sz w:val="28"/>
          <w:szCs w:val="28"/>
        </w:rPr>
        <w:t>Thunder rolled across the valley - except it wasn't thunder. It was stone.</w:t>
      </w:r>
    </w:p>
    <w:p w14:paraId="7B740383" w14:textId="096F7E6A" w:rsidR="00C87498" w:rsidRPr="008F3EEF" w:rsidRDefault="007C4501">
      <w:pPr>
        <w:rPr>
          <w:rFonts w:ascii="Arial" w:hAnsi="Arial" w:cs="Arial"/>
          <w:sz w:val="28"/>
          <w:szCs w:val="28"/>
        </w:rPr>
      </w:pPr>
      <w:r w:rsidRPr="008F3EEF">
        <w:rPr>
          <w:rFonts w:ascii="Arial" w:hAnsi="Arial" w:cs="Arial"/>
          <w:sz w:val="28"/>
          <w:szCs w:val="28"/>
        </w:rPr>
        <w:t>Hussite siege engines hurled boulders at Karlštejn, and each impact shuddered through the fortress like a giant fist. Firepots arched over the battlements and burst in showers of sparks.</w:t>
      </w:r>
    </w:p>
    <w:p w14:paraId="2CB7BEB7" w14:textId="235DEEB2" w:rsidR="00C87498" w:rsidRPr="008F3EEF" w:rsidRDefault="007C4501">
      <w:pPr>
        <w:rPr>
          <w:rFonts w:ascii="Arial" w:hAnsi="Arial" w:cs="Arial"/>
          <w:sz w:val="28"/>
          <w:szCs w:val="28"/>
        </w:rPr>
      </w:pPr>
      <w:r w:rsidRPr="008F3EEF">
        <w:rPr>
          <w:rFonts w:ascii="Arial" w:hAnsi="Arial" w:cs="Arial"/>
          <w:sz w:val="28"/>
          <w:szCs w:val="28"/>
        </w:rPr>
        <w:t>At the front strode Jan Žižka, the one-eyed hero of the people. His single good eye blazed.</w:t>
      </w:r>
    </w:p>
    <w:p w14:paraId="201C2B5A" w14:textId="312A8B32" w:rsidR="00C87498" w:rsidRPr="008F3EEF" w:rsidRDefault="00CF4EC9">
      <w:pPr>
        <w:rPr>
          <w:rFonts w:ascii="Arial" w:hAnsi="Arial" w:cs="Arial"/>
          <w:sz w:val="28"/>
          <w:szCs w:val="28"/>
        </w:rPr>
      </w:pPr>
      <w:r w:rsidRPr="008F3EEF">
        <w:rPr>
          <w:rFonts w:ascii="Arial" w:hAnsi="Arial" w:cs="Arial"/>
          <w:noProof/>
          <w:sz w:val="28"/>
          <w:szCs w:val="28"/>
        </w:rPr>
        <w:drawing>
          <wp:anchor distT="0" distB="0" distL="114300" distR="114300" simplePos="0" relativeHeight="251659264" behindDoc="0" locked="0" layoutInCell="1" allowOverlap="1" wp14:anchorId="46AB474A" wp14:editId="032B69F6">
            <wp:simplePos x="0" y="0"/>
            <wp:positionH relativeFrom="margin">
              <wp:align>left</wp:align>
            </wp:positionH>
            <wp:positionV relativeFrom="paragraph">
              <wp:posOffset>-405765</wp:posOffset>
            </wp:positionV>
            <wp:extent cx="1644015" cy="2432050"/>
            <wp:effectExtent l="0" t="0" r="0" b="6350"/>
            <wp:wrapSquare wrapText="bothSides"/>
            <wp:docPr id="2122244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4500" name="Picture 2122244500"/>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1644015" cy="2432050"/>
                    </a:xfrm>
                    <a:prstGeom prst="rect">
                      <a:avLst/>
                    </a:prstGeom>
                  </pic:spPr>
                </pic:pic>
              </a:graphicData>
            </a:graphic>
            <wp14:sizeRelH relativeFrom="margin">
              <wp14:pctWidth>0</wp14:pctWidth>
            </wp14:sizeRelH>
            <wp14:sizeRelV relativeFrom="margin">
              <wp14:pctHeight>0</wp14:pctHeight>
            </wp14:sizeRelV>
          </wp:anchor>
        </w:drawing>
      </w:r>
      <w:r w:rsidR="007C4501" w:rsidRPr="008F3EEF">
        <w:rPr>
          <w:rFonts w:ascii="Arial" w:hAnsi="Arial" w:cs="Arial"/>
          <w:sz w:val="28"/>
          <w:szCs w:val="28"/>
        </w:rPr>
        <w:t>"Forward!" he roared.</w:t>
      </w:r>
    </w:p>
    <w:p w14:paraId="73B7F05D" w14:textId="44EC1D3D" w:rsidR="00C87498" w:rsidRPr="008F3EEF" w:rsidRDefault="007C4501">
      <w:pPr>
        <w:rPr>
          <w:rFonts w:ascii="Arial" w:hAnsi="Arial" w:cs="Arial"/>
          <w:sz w:val="28"/>
          <w:szCs w:val="28"/>
        </w:rPr>
      </w:pPr>
      <w:r w:rsidRPr="008F3EEF">
        <w:rPr>
          <w:rFonts w:ascii="Arial" w:hAnsi="Arial" w:cs="Arial"/>
          <w:sz w:val="28"/>
          <w:szCs w:val="28"/>
        </w:rPr>
        <w:t xml:space="preserve">His warriors surged. Ladders slammed </w:t>
      </w:r>
      <w:r w:rsidRPr="008F3EEF">
        <w:rPr>
          <w:rFonts w:ascii="Arial" w:hAnsi="Arial" w:cs="Arial"/>
          <w:sz w:val="28"/>
          <w:szCs w:val="28"/>
        </w:rPr>
        <w:lastRenderedPageBreak/>
        <w:t>into stone. Shields clanged. The night filled with steel and shouting.</w:t>
      </w:r>
    </w:p>
    <w:p w14:paraId="728D035D" w14:textId="77777777" w:rsidR="00C87498" w:rsidRPr="008F3EEF" w:rsidRDefault="007C4501">
      <w:pPr>
        <w:rPr>
          <w:rFonts w:ascii="Arial" w:hAnsi="Arial" w:cs="Arial"/>
          <w:sz w:val="28"/>
          <w:szCs w:val="28"/>
        </w:rPr>
      </w:pPr>
      <w:r w:rsidRPr="008F3EEF">
        <w:rPr>
          <w:rFonts w:ascii="Arial" w:hAnsi="Arial" w:cs="Arial"/>
          <w:sz w:val="28"/>
          <w:szCs w:val="28"/>
        </w:rPr>
        <w:t>The first great gate gave way, and the castle fought back. Arrows hissed from the towers. Boiling oil sizzled as it poured. Defenders bellowed from the walls.</w:t>
      </w:r>
    </w:p>
    <w:p w14:paraId="26C6F010" w14:textId="77777777" w:rsidR="00C87498" w:rsidRPr="008F3EEF" w:rsidRDefault="007C4501">
      <w:pPr>
        <w:rPr>
          <w:rFonts w:ascii="Arial" w:hAnsi="Arial" w:cs="Arial"/>
          <w:sz w:val="28"/>
          <w:szCs w:val="28"/>
        </w:rPr>
      </w:pPr>
      <w:r w:rsidRPr="008F3EEF">
        <w:rPr>
          <w:rFonts w:ascii="Arial" w:hAnsi="Arial" w:cs="Arial"/>
          <w:sz w:val="28"/>
          <w:szCs w:val="28"/>
        </w:rPr>
        <w:t>Nothing slowed Žižka. His iron mace rose and fell like a forge hammer, scattering men as if they were made of straw.</w:t>
      </w:r>
    </w:p>
    <w:p w14:paraId="38F4513B" w14:textId="77777777" w:rsidR="00C87498" w:rsidRPr="008F3EEF" w:rsidRDefault="007C4501">
      <w:pPr>
        <w:rPr>
          <w:rFonts w:ascii="Arial" w:hAnsi="Arial" w:cs="Arial"/>
          <w:sz w:val="28"/>
          <w:szCs w:val="28"/>
        </w:rPr>
      </w:pPr>
      <w:r w:rsidRPr="008F3EEF">
        <w:rPr>
          <w:rFonts w:ascii="Arial" w:hAnsi="Arial" w:cs="Arial"/>
          <w:sz w:val="28"/>
          <w:szCs w:val="28"/>
        </w:rPr>
        <w:t>Then, in the heart of the storm, something went wrong.</w:t>
      </w:r>
    </w:p>
    <w:p w14:paraId="0FDD1FD9" w14:textId="77777777" w:rsidR="00C87498" w:rsidRPr="008F3EEF" w:rsidRDefault="007C4501">
      <w:pPr>
        <w:rPr>
          <w:rFonts w:ascii="Arial" w:hAnsi="Arial" w:cs="Arial"/>
          <w:sz w:val="28"/>
          <w:szCs w:val="28"/>
        </w:rPr>
      </w:pPr>
      <w:r w:rsidRPr="008F3EEF">
        <w:rPr>
          <w:rFonts w:ascii="Arial" w:hAnsi="Arial" w:cs="Arial"/>
          <w:sz w:val="28"/>
          <w:szCs w:val="28"/>
        </w:rPr>
        <w:t>A bolt of darkness cut through the air - too fast, too sharp to be an arrow. Žižka jerked, staggered, and dropped to his knees. His mace slipped from his hand and thudded into the mud.</w:t>
      </w:r>
    </w:p>
    <w:p w14:paraId="311B9263" w14:textId="77777777" w:rsidR="00C87498" w:rsidRPr="008F3EEF" w:rsidRDefault="007C4501">
      <w:pPr>
        <w:rPr>
          <w:rFonts w:ascii="Arial" w:hAnsi="Arial" w:cs="Arial"/>
          <w:sz w:val="28"/>
          <w:szCs w:val="28"/>
        </w:rPr>
      </w:pPr>
      <w:r w:rsidRPr="008F3EEF">
        <w:rPr>
          <w:rFonts w:ascii="Arial" w:hAnsi="Arial" w:cs="Arial"/>
          <w:sz w:val="28"/>
          <w:szCs w:val="28"/>
        </w:rPr>
        <w:t>The Hussites froze. So did the defenders.</w:t>
      </w:r>
    </w:p>
    <w:p w14:paraId="661A1739" w14:textId="1B9579A4" w:rsidR="00C87498" w:rsidRPr="008F3EEF" w:rsidRDefault="00CF4EC9">
      <w:pPr>
        <w:rPr>
          <w:rFonts w:ascii="Arial" w:hAnsi="Arial" w:cs="Arial"/>
          <w:sz w:val="28"/>
          <w:szCs w:val="28"/>
        </w:rPr>
      </w:pPr>
      <w:r w:rsidRPr="008F3EEF">
        <w:rPr>
          <w:rFonts w:ascii="Arial" w:hAnsi="Arial" w:cs="Arial"/>
          <w:noProof/>
          <w:sz w:val="28"/>
          <w:szCs w:val="28"/>
        </w:rPr>
        <w:lastRenderedPageBreak/>
        <w:drawing>
          <wp:anchor distT="0" distB="0" distL="114300" distR="114300" simplePos="0" relativeHeight="251658240" behindDoc="0" locked="0" layoutInCell="1" allowOverlap="1" wp14:anchorId="66586B54" wp14:editId="0E79465B">
            <wp:simplePos x="0" y="0"/>
            <wp:positionH relativeFrom="margin">
              <wp:posOffset>1898650</wp:posOffset>
            </wp:positionH>
            <wp:positionV relativeFrom="paragraph">
              <wp:posOffset>0</wp:posOffset>
            </wp:positionV>
            <wp:extent cx="1435100" cy="2152650"/>
            <wp:effectExtent l="0" t="0" r="0" b="0"/>
            <wp:wrapSquare wrapText="bothSides"/>
            <wp:docPr id="195464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42235" name="Picture 1954642235"/>
                    <pic:cNvPicPr/>
                  </pic:nvPicPr>
                  <pic:blipFill>
                    <a:blip r:embed="rId9"/>
                    <a:stretch>
                      <a:fillRect/>
                    </a:stretch>
                  </pic:blipFill>
                  <pic:spPr>
                    <a:xfrm>
                      <a:off x="0" y="0"/>
                      <a:ext cx="1435100" cy="2152650"/>
                    </a:xfrm>
                    <a:prstGeom prst="rect">
                      <a:avLst/>
                    </a:prstGeom>
                  </pic:spPr>
                </pic:pic>
              </a:graphicData>
            </a:graphic>
            <wp14:sizeRelH relativeFrom="margin">
              <wp14:pctWidth>0</wp14:pctWidth>
            </wp14:sizeRelH>
            <wp14:sizeRelV relativeFrom="margin">
              <wp14:pctHeight>0</wp14:pctHeight>
            </wp14:sizeRelV>
          </wp:anchor>
        </w:drawing>
      </w:r>
      <w:r w:rsidR="007C4501" w:rsidRPr="008F3EEF">
        <w:rPr>
          <w:rFonts w:ascii="Arial" w:hAnsi="Arial" w:cs="Arial"/>
          <w:sz w:val="28"/>
          <w:szCs w:val="28"/>
        </w:rPr>
        <w:t>For one terrible breath, even the battle seemed to hold still.</w:t>
      </w:r>
      <w:r w:rsidR="00AF0BC6" w:rsidRPr="008F3EEF">
        <w:rPr>
          <w:rFonts w:ascii="Arial" w:hAnsi="Arial" w:cs="Arial"/>
          <w:sz w:val="28"/>
          <w:szCs w:val="28"/>
        </w:rPr>
        <w:br/>
      </w:r>
      <w:r w:rsidR="007C4501" w:rsidRPr="008F3EEF">
        <w:rPr>
          <w:rFonts w:ascii="Arial" w:hAnsi="Arial" w:cs="Arial"/>
          <w:sz w:val="28"/>
          <w:szCs w:val="28"/>
        </w:rPr>
        <w:t>Flames guttered. Men's breath turned to mist.</w:t>
      </w:r>
    </w:p>
    <w:p w14:paraId="11F9DA99" w14:textId="72C57139" w:rsidR="00C87498" w:rsidRPr="008F3EEF" w:rsidRDefault="007C4501">
      <w:pPr>
        <w:rPr>
          <w:rFonts w:ascii="Arial" w:hAnsi="Arial" w:cs="Arial"/>
          <w:sz w:val="28"/>
          <w:szCs w:val="28"/>
        </w:rPr>
      </w:pPr>
      <w:r w:rsidRPr="008F3EEF">
        <w:rPr>
          <w:rFonts w:ascii="Arial" w:hAnsi="Arial" w:cs="Arial"/>
          <w:sz w:val="28"/>
          <w:szCs w:val="28"/>
        </w:rPr>
        <w:t>Through the shattered gate walked a man in brown robes, a staff in his hand. At his side padded a beast of legend, white fur gleaming and eyes burning gold.</w:t>
      </w:r>
    </w:p>
    <w:p w14:paraId="3943E0D8" w14:textId="54F7DA9A" w:rsidR="00C87498" w:rsidRPr="008F3EEF" w:rsidRDefault="007C4501">
      <w:pPr>
        <w:rPr>
          <w:rFonts w:ascii="Arial" w:hAnsi="Arial" w:cs="Arial"/>
          <w:sz w:val="28"/>
          <w:szCs w:val="28"/>
        </w:rPr>
      </w:pPr>
      <w:r w:rsidRPr="008F3EEF">
        <w:rPr>
          <w:rFonts w:ascii="Arial" w:hAnsi="Arial" w:cs="Arial"/>
          <w:sz w:val="28"/>
          <w:szCs w:val="28"/>
        </w:rPr>
        <w:t>Veles. And Dažbog.</w:t>
      </w:r>
    </w:p>
    <w:p w14:paraId="7C15A052" w14:textId="03862840" w:rsidR="00C87498" w:rsidRPr="008F3EEF" w:rsidRDefault="007C4501">
      <w:pPr>
        <w:rPr>
          <w:rFonts w:ascii="Arial" w:hAnsi="Arial" w:cs="Arial"/>
          <w:sz w:val="28"/>
          <w:szCs w:val="28"/>
        </w:rPr>
      </w:pPr>
      <w:r w:rsidRPr="008F3EEF">
        <w:rPr>
          <w:rFonts w:ascii="Arial" w:hAnsi="Arial" w:cs="Arial"/>
          <w:sz w:val="28"/>
          <w:szCs w:val="28"/>
        </w:rPr>
        <w:t>They crossed the courtyard as if time itself had thickened around them. Veles stopped</w:t>
      </w:r>
      <w:r w:rsidR="00B15828">
        <w:rPr>
          <w:rFonts w:ascii="Arial" w:hAnsi="Arial" w:cs="Arial"/>
          <w:sz w:val="28"/>
          <w:szCs w:val="28"/>
        </w:rPr>
        <w:t xml:space="preserve"> and kneeled</w:t>
      </w:r>
      <w:r w:rsidRPr="008F3EEF">
        <w:rPr>
          <w:rFonts w:ascii="Arial" w:hAnsi="Arial" w:cs="Arial"/>
          <w:sz w:val="28"/>
          <w:szCs w:val="28"/>
        </w:rPr>
        <w:t xml:space="preserve"> beside the fallen general</w:t>
      </w:r>
      <w:r w:rsidR="00B15828">
        <w:rPr>
          <w:rFonts w:ascii="Arial" w:hAnsi="Arial" w:cs="Arial"/>
          <w:sz w:val="28"/>
          <w:szCs w:val="28"/>
        </w:rPr>
        <w:t>.</w:t>
      </w:r>
    </w:p>
    <w:p w14:paraId="64B47288" w14:textId="4C94A3D6" w:rsidR="00C87498" w:rsidRPr="008F3EEF" w:rsidRDefault="007C4501">
      <w:pPr>
        <w:rPr>
          <w:rFonts w:ascii="Arial" w:hAnsi="Arial" w:cs="Arial"/>
          <w:sz w:val="28"/>
          <w:szCs w:val="28"/>
        </w:rPr>
      </w:pPr>
      <w:r w:rsidRPr="008F3EEF">
        <w:rPr>
          <w:rFonts w:ascii="Arial" w:hAnsi="Arial" w:cs="Arial"/>
          <w:sz w:val="28"/>
          <w:szCs w:val="28"/>
        </w:rPr>
        <w:t>He murmured to the great hound at his side.</w:t>
      </w:r>
    </w:p>
    <w:p w14:paraId="799AB846" w14:textId="43F95403" w:rsidR="00C87498" w:rsidRPr="008F3EEF" w:rsidRDefault="007C4501">
      <w:pPr>
        <w:rPr>
          <w:rFonts w:ascii="Arial" w:hAnsi="Arial" w:cs="Arial"/>
          <w:sz w:val="28"/>
          <w:szCs w:val="28"/>
        </w:rPr>
      </w:pPr>
      <w:r w:rsidRPr="008F3EEF">
        <w:rPr>
          <w:rFonts w:ascii="Arial" w:hAnsi="Arial" w:cs="Arial"/>
          <w:sz w:val="28"/>
          <w:szCs w:val="28"/>
        </w:rPr>
        <w:t>"This isn't good."</w:t>
      </w:r>
      <w:r w:rsidR="00E4046B" w:rsidRPr="008F3EEF">
        <w:rPr>
          <w:rFonts w:ascii="Arial" w:hAnsi="Arial" w:cs="Arial"/>
          <w:noProof/>
          <w:sz w:val="28"/>
          <w:szCs w:val="28"/>
        </w:rPr>
        <w:t xml:space="preserve"> </w:t>
      </w:r>
    </w:p>
    <w:p w14:paraId="6B1DDE91" w14:textId="10398C98" w:rsidR="00C87498" w:rsidRPr="008F3EEF" w:rsidRDefault="007C4501" w:rsidP="00AF0BC6">
      <w:pPr>
        <w:pStyle w:val="Heading1"/>
        <w:rPr>
          <w:rFonts w:ascii="Arial" w:hAnsi="Arial" w:cs="Arial"/>
        </w:rPr>
      </w:pPr>
      <w:r w:rsidRPr="008F3EEF">
        <w:rPr>
          <w:rFonts w:ascii="Arial" w:hAnsi="Arial" w:cs="Arial"/>
        </w:rPr>
        <w:br w:type="page"/>
      </w:r>
      <w:r w:rsidRPr="008F3EEF">
        <w:rPr>
          <w:rFonts w:ascii="Arial" w:hAnsi="Arial" w:cs="Arial"/>
        </w:rPr>
        <w:lastRenderedPageBreak/>
        <w:t>Train</w:t>
      </w:r>
    </w:p>
    <w:p w14:paraId="3C97BCB2" w14:textId="77777777" w:rsidR="00725BB0" w:rsidRPr="008F3EEF" w:rsidRDefault="00725BB0" w:rsidP="00725BB0">
      <w:pPr>
        <w:rPr>
          <w:rFonts w:ascii="Arial" w:hAnsi="Arial" w:cs="Arial"/>
          <w:sz w:val="28"/>
          <w:szCs w:val="28"/>
        </w:rPr>
      </w:pPr>
    </w:p>
    <w:p w14:paraId="32CD165B" w14:textId="05AFE2E2" w:rsidR="00725BB0" w:rsidRPr="008F3EEF" w:rsidRDefault="00CF4EC9" w:rsidP="00725BB0">
      <w:pPr>
        <w:rPr>
          <w:rFonts w:ascii="Arial" w:hAnsi="Arial" w:cs="Arial"/>
          <w:sz w:val="28"/>
          <w:szCs w:val="28"/>
        </w:rPr>
      </w:pPr>
      <w:r w:rsidRPr="008F3EEF">
        <w:rPr>
          <w:rFonts w:ascii="Arial" w:hAnsi="Arial" w:cs="Arial"/>
          <w:noProof/>
          <w:sz w:val="28"/>
          <w:szCs w:val="28"/>
        </w:rPr>
        <w:drawing>
          <wp:anchor distT="0" distB="0" distL="114300" distR="114300" simplePos="0" relativeHeight="251660288" behindDoc="0" locked="0" layoutInCell="1" allowOverlap="1" wp14:anchorId="7F9A3568" wp14:editId="7ECAC49B">
            <wp:simplePos x="0" y="0"/>
            <wp:positionH relativeFrom="margin">
              <wp:posOffset>-451485</wp:posOffset>
            </wp:positionH>
            <wp:positionV relativeFrom="paragraph">
              <wp:posOffset>316865</wp:posOffset>
            </wp:positionV>
            <wp:extent cx="3376930" cy="4419600"/>
            <wp:effectExtent l="0" t="0" r="0" b="0"/>
            <wp:wrapSquare wrapText="bothSides"/>
            <wp:docPr id="1925455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55552" name="Picture 2"/>
                    <pic:cNvPicPr/>
                  </pic:nvPicPr>
                  <pic:blipFill>
                    <a:blip r:embed="rId10"/>
                    <a:stretch>
                      <a:fillRect/>
                    </a:stretch>
                  </pic:blipFill>
                  <pic:spPr>
                    <a:xfrm>
                      <a:off x="0" y="0"/>
                      <a:ext cx="3376930" cy="4419600"/>
                    </a:xfrm>
                    <a:prstGeom prst="rect">
                      <a:avLst/>
                    </a:prstGeom>
                  </pic:spPr>
                </pic:pic>
              </a:graphicData>
            </a:graphic>
            <wp14:sizeRelH relativeFrom="margin">
              <wp14:pctWidth>0</wp14:pctWidth>
            </wp14:sizeRelH>
            <wp14:sizeRelV relativeFrom="margin">
              <wp14:pctHeight>0</wp14:pctHeight>
            </wp14:sizeRelV>
          </wp:anchor>
        </w:drawing>
      </w:r>
    </w:p>
    <w:p w14:paraId="1EF83494" w14:textId="4E57499D" w:rsidR="00AB5800" w:rsidRPr="008F3EEF" w:rsidRDefault="00AB5800" w:rsidP="00BB78C7">
      <w:pPr>
        <w:jc w:val="center"/>
        <w:rPr>
          <w:rFonts w:ascii="Arial" w:hAnsi="Arial" w:cs="Arial"/>
          <w:sz w:val="28"/>
          <w:szCs w:val="28"/>
        </w:rPr>
      </w:pPr>
    </w:p>
    <w:p w14:paraId="73F04155" w14:textId="7A991DEC" w:rsidR="00C87498" w:rsidRPr="008F3EEF" w:rsidRDefault="007C4501">
      <w:pPr>
        <w:rPr>
          <w:rFonts w:ascii="Arial" w:hAnsi="Arial" w:cs="Arial"/>
          <w:sz w:val="28"/>
          <w:szCs w:val="28"/>
        </w:rPr>
      </w:pPr>
      <w:r w:rsidRPr="008F3EEF">
        <w:rPr>
          <w:rFonts w:ascii="Arial" w:hAnsi="Arial" w:cs="Arial"/>
          <w:sz w:val="28"/>
          <w:szCs w:val="28"/>
        </w:rPr>
        <w:lastRenderedPageBreak/>
        <w:t>"Trains are the best!"</w:t>
      </w:r>
    </w:p>
    <w:p w14:paraId="63074001" w14:textId="07690E3C" w:rsidR="00C87498" w:rsidRPr="008F3EEF" w:rsidRDefault="007C4501">
      <w:pPr>
        <w:rPr>
          <w:rFonts w:ascii="Arial" w:hAnsi="Arial" w:cs="Arial"/>
          <w:sz w:val="28"/>
          <w:szCs w:val="28"/>
        </w:rPr>
      </w:pPr>
      <w:r w:rsidRPr="008F3EEF">
        <w:rPr>
          <w:rFonts w:ascii="Arial" w:hAnsi="Arial" w:cs="Arial"/>
          <w:sz w:val="28"/>
          <w:szCs w:val="28"/>
        </w:rPr>
        <w:t>"Yo</w:t>
      </w:r>
      <w:r w:rsidR="00B4682C" w:rsidRPr="008F3EEF">
        <w:rPr>
          <w:rFonts w:ascii="Arial" w:hAnsi="Arial" w:cs="Arial"/>
          <w:sz w:val="28"/>
          <w:szCs w:val="28"/>
        </w:rPr>
        <w:t>u've said that five times, Katchy</w:t>
      </w:r>
      <w:r w:rsidRPr="008F3EEF">
        <w:rPr>
          <w:rFonts w:ascii="Arial" w:hAnsi="Arial" w:cs="Arial"/>
          <w:sz w:val="28"/>
          <w:szCs w:val="28"/>
        </w:rPr>
        <w:t>."</w:t>
      </w:r>
    </w:p>
    <w:p w14:paraId="282F5662" w14:textId="633F69F5" w:rsidR="00C87498" w:rsidRPr="008F3EEF" w:rsidRDefault="007C4501">
      <w:pPr>
        <w:rPr>
          <w:rFonts w:ascii="Arial" w:hAnsi="Arial" w:cs="Arial"/>
          <w:sz w:val="28"/>
          <w:szCs w:val="28"/>
        </w:rPr>
      </w:pPr>
      <w:r w:rsidRPr="008F3EEF">
        <w:rPr>
          <w:rFonts w:ascii="Arial" w:hAnsi="Arial" w:cs="Arial"/>
          <w:sz w:val="28"/>
          <w:szCs w:val="28"/>
        </w:rPr>
        <w:t>"So? I like trains!" The blonde ball of energy</w:t>
      </w:r>
      <w:r w:rsidR="00AB5800" w:rsidRPr="008F3EEF">
        <w:rPr>
          <w:rFonts w:ascii="Arial" w:hAnsi="Arial" w:cs="Arial"/>
          <w:sz w:val="28"/>
          <w:szCs w:val="28"/>
        </w:rPr>
        <w:t>,</w:t>
      </w:r>
      <w:r w:rsidRPr="008F3EEF">
        <w:rPr>
          <w:rFonts w:ascii="Arial" w:hAnsi="Arial" w:cs="Arial"/>
          <w:sz w:val="28"/>
          <w:szCs w:val="28"/>
        </w:rPr>
        <w:t xml:space="preserve"> </w:t>
      </w:r>
      <w:r w:rsidR="00B4682C" w:rsidRPr="008F3EEF">
        <w:rPr>
          <w:rFonts w:ascii="Arial" w:hAnsi="Arial" w:cs="Arial"/>
          <w:sz w:val="28"/>
          <w:szCs w:val="28"/>
        </w:rPr>
        <w:t>Katchy</w:t>
      </w:r>
      <w:r w:rsidRPr="008F3EEF">
        <w:rPr>
          <w:rFonts w:ascii="Arial" w:hAnsi="Arial" w:cs="Arial"/>
          <w:sz w:val="28"/>
          <w:szCs w:val="28"/>
        </w:rPr>
        <w:t xml:space="preserve"> to the teachers, Katchy to everyone else</w:t>
      </w:r>
      <w:r w:rsidR="00AB5800" w:rsidRPr="008F3EEF">
        <w:rPr>
          <w:rFonts w:ascii="Arial" w:hAnsi="Arial" w:cs="Arial"/>
          <w:sz w:val="28"/>
          <w:szCs w:val="28"/>
        </w:rPr>
        <w:t xml:space="preserve">, </w:t>
      </w:r>
      <w:r w:rsidRPr="008F3EEF">
        <w:rPr>
          <w:rFonts w:ascii="Arial" w:hAnsi="Arial" w:cs="Arial"/>
          <w:sz w:val="28"/>
          <w:szCs w:val="28"/>
        </w:rPr>
        <w:t>grinned like she'd swallowed a whole firework.</w:t>
      </w:r>
    </w:p>
    <w:p w14:paraId="3B11B648" w14:textId="322D9FB0" w:rsidR="00C87498" w:rsidRPr="008F3EEF" w:rsidRDefault="007C4501">
      <w:pPr>
        <w:rPr>
          <w:rFonts w:ascii="Arial" w:hAnsi="Arial" w:cs="Arial"/>
          <w:sz w:val="28"/>
          <w:szCs w:val="28"/>
        </w:rPr>
      </w:pPr>
      <w:r w:rsidRPr="008F3EEF">
        <w:rPr>
          <w:rFonts w:ascii="Arial" w:hAnsi="Arial" w:cs="Arial"/>
          <w:sz w:val="28"/>
          <w:szCs w:val="28"/>
        </w:rPr>
        <w:t>Both girls were thrilled about their latest school trip, though for wildly different reasons. Lani, eleven, red-haired and tall enough to see over most heads, loved one thing: no lessons.</w:t>
      </w:r>
    </w:p>
    <w:p w14:paraId="318AC957" w14:textId="77777777" w:rsidR="00C87498" w:rsidRPr="008F3EEF" w:rsidRDefault="007C4501">
      <w:pPr>
        <w:rPr>
          <w:rFonts w:ascii="Arial" w:hAnsi="Arial" w:cs="Arial"/>
          <w:sz w:val="28"/>
          <w:szCs w:val="28"/>
        </w:rPr>
      </w:pPr>
      <w:r w:rsidRPr="008F3EEF">
        <w:rPr>
          <w:rFonts w:ascii="Arial" w:hAnsi="Arial" w:cs="Arial"/>
          <w:sz w:val="28"/>
          <w:szCs w:val="28"/>
        </w:rPr>
        <w:t>Her best friend loved facts. Especially facts with dates.</w:t>
      </w:r>
    </w:p>
    <w:p w14:paraId="345AD8A3" w14:textId="5978691F" w:rsidR="00C87498" w:rsidRPr="008F3EEF" w:rsidRDefault="007C4501">
      <w:pPr>
        <w:rPr>
          <w:rFonts w:ascii="Arial" w:hAnsi="Arial" w:cs="Arial"/>
          <w:sz w:val="28"/>
          <w:szCs w:val="28"/>
        </w:rPr>
      </w:pPr>
      <w:r w:rsidRPr="008F3EEF">
        <w:rPr>
          <w:rFonts w:ascii="Arial" w:hAnsi="Arial" w:cs="Arial"/>
          <w:sz w:val="28"/>
          <w:szCs w:val="28"/>
        </w:rPr>
        <w:t>Katchy had her history book open on her knees and her phone in her hand, somehow reading from both at once</w:t>
      </w:r>
      <w:r w:rsidR="00AB5800" w:rsidRPr="008F3EEF">
        <w:rPr>
          <w:rFonts w:ascii="Arial" w:hAnsi="Arial" w:cs="Arial"/>
          <w:sz w:val="28"/>
          <w:szCs w:val="28"/>
        </w:rPr>
        <w:t>,</w:t>
      </w:r>
      <w:r w:rsidRPr="008F3EEF">
        <w:rPr>
          <w:rFonts w:ascii="Arial" w:hAnsi="Arial" w:cs="Arial"/>
          <w:sz w:val="28"/>
          <w:szCs w:val="28"/>
        </w:rPr>
        <w:t xml:space="preserve"> and loudly enough for the whole carriage to hear.</w:t>
      </w:r>
    </w:p>
    <w:p w14:paraId="1C35AA60" w14:textId="611504F5" w:rsidR="00C87498" w:rsidRPr="008F3EEF" w:rsidRDefault="007C4501">
      <w:pPr>
        <w:rPr>
          <w:rFonts w:ascii="Arial" w:hAnsi="Arial" w:cs="Arial"/>
          <w:sz w:val="28"/>
          <w:szCs w:val="28"/>
        </w:rPr>
      </w:pPr>
      <w:r w:rsidRPr="008F3EEF">
        <w:rPr>
          <w:rFonts w:ascii="Arial" w:hAnsi="Arial" w:cs="Arial"/>
          <w:sz w:val="28"/>
          <w:szCs w:val="28"/>
        </w:rPr>
        <w:t>"Did you know Charles IV</w:t>
      </w:r>
      <w:r w:rsidR="00AB5800" w:rsidRPr="008F3EEF">
        <w:rPr>
          <w:rFonts w:ascii="Arial" w:hAnsi="Arial" w:cs="Arial"/>
          <w:sz w:val="28"/>
          <w:szCs w:val="28"/>
        </w:rPr>
        <w:t>…</w:t>
      </w:r>
      <w:r w:rsidRPr="008F3EEF">
        <w:rPr>
          <w:rFonts w:ascii="Arial" w:hAnsi="Arial" w:cs="Arial"/>
          <w:sz w:val="28"/>
          <w:szCs w:val="28"/>
        </w:rPr>
        <w:t>"</w:t>
      </w:r>
    </w:p>
    <w:p w14:paraId="51D5F173" w14:textId="49FE1DCC" w:rsidR="00C87498" w:rsidRPr="008F3EEF" w:rsidRDefault="007C4501">
      <w:pPr>
        <w:rPr>
          <w:rFonts w:ascii="Arial" w:hAnsi="Arial" w:cs="Arial"/>
          <w:sz w:val="28"/>
          <w:szCs w:val="28"/>
        </w:rPr>
      </w:pPr>
      <w:r w:rsidRPr="008F3EEF">
        <w:rPr>
          <w:rFonts w:ascii="Arial" w:hAnsi="Arial" w:cs="Arial"/>
          <w:sz w:val="28"/>
          <w:szCs w:val="28"/>
        </w:rPr>
        <w:lastRenderedPageBreak/>
        <w:t>Lani clapped her hands over her ears, turned to the window, and pretended she had never met th</w:t>
      </w:r>
      <w:r w:rsidR="00AB5800" w:rsidRPr="008F3EEF">
        <w:rPr>
          <w:rFonts w:ascii="Arial" w:hAnsi="Arial" w:cs="Arial"/>
          <w:sz w:val="28"/>
          <w:szCs w:val="28"/>
        </w:rPr>
        <w:t>e</w:t>
      </w:r>
      <w:r w:rsidRPr="008F3EEF">
        <w:rPr>
          <w:rFonts w:ascii="Arial" w:hAnsi="Arial" w:cs="Arial"/>
          <w:sz w:val="28"/>
          <w:szCs w:val="28"/>
        </w:rPr>
        <w:t xml:space="preserve"> person</w:t>
      </w:r>
      <w:r w:rsidR="00AB5800" w:rsidRPr="008F3EEF">
        <w:rPr>
          <w:rFonts w:ascii="Arial" w:hAnsi="Arial" w:cs="Arial"/>
          <w:sz w:val="28"/>
          <w:szCs w:val="28"/>
        </w:rPr>
        <w:t xml:space="preserve"> sitting next to her</w:t>
      </w:r>
      <w:r w:rsidRPr="008F3EEF">
        <w:rPr>
          <w:rFonts w:ascii="Arial" w:hAnsi="Arial" w:cs="Arial"/>
          <w:sz w:val="28"/>
          <w:szCs w:val="28"/>
        </w:rPr>
        <w:t>.</w:t>
      </w:r>
    </w:p>
    <w:p w14:paraId="179CBB0C" w14:textId="3B4D4530" w:rsidR="00C87498" w:rsidRPr="008F3EEF" w:rsidRDefault="007C4501">
      <w:pPr>
        <w:rPr>
          <w:rFonts w:ascii="Arial" w:hAnsi="Arial" w:cs="Arial"/>
          <w:sz w:val="28"/>
          <w:szCs w:val="28"/>
        </w:rPr>
      </w:pPr>
      <w:r w:rsidRPr="008F3EEF">
        <w:rPr>
          <w:rFonts w:ascii="Arial" w:hAnsi="Arial" w:cs="Arial"/>
          <w:sz w:val="28"/>
          <w:szCs w:val="28"/>
        </w:rPr>
        <w:t xml:space="preserve">"Well, we're almost there," Lani muttered when she dared to peek back. Katchy was already scrolling another "10 Fun Facts </w:t>
      </w:r>
      <w:r w:rsidR="0037053C" w:rsidRPr="008F3EEF">
        <w:rPr>
          <w:rFonts w:ascii="Arial" w:hAnsi="Arial" w:cs="Arial"/>
          <w:sz w:val="28"/>
          <w:szCs w:val="28"/>
        </w:rPr>
        <w:t>about</w:t>
      </w:r>
      <w:r w:rsidRPr="008F3EEF">
        <w:rPr>
          <w:rFonts w:ascii="Arial" w:hAnsi="Arial" w:cs="Arial"/>
          <w:sz w:val="28"/>
          <w:szCs w:val="28"/>
        </w:rPr>
        <w:t xml:space="preserve"> Karlštejn" page, beaming at the screen like it was her </w:t>
      </w:r>
      <w:r w:rsidR="0037053C" w:rsidRPr="008F3EEF">
        <w:rPr>
          <w:rFonts w:ascii="Arial" w:hAnsi="Arial" w:cs="Arial"/>
          <w:sz w:val="28"/>
          <w:szCs w:val="28"/>
        </w:rPr>
        <w:t>favorite</w:t>
      </w:r>
      <w:r w:rsidRPr="008F3EEF">
        <w:rPr>
          <w:rFonts w:ascii="Arial" w:hAnsi="Arial" w:cs="Arial"/>
          <w:sz w:val="28"/>
          <w:szCs w:val="28"/>
        </w:rPr>
        <w:t xml:space="preserve"> TV show.</w:t>
      </w:r>
    </w:p>
    <w:p w14:paraId="72C06EE8" w14:textId="25EB5C3E" w:rsidR="00C87498" w:rsidRPr="008F3EEF" w:rsidRDefault="007C4501">
      <w:pPr>
        <w:rPr>
          <w:rFonts w:ascii="Arial" w:hAnsi="Arial" w:cs="Arial"/>
          <w:sz w:val="28"/>
          <w:szCs w:val="28"/>
        </w:rPr>
      </w:pPr>
      <w:r w:rsidRPr="008F3EEF">
        <w:rPr>
          <w:rFonts w:ascii="Arial" w:hAnsi="Arial" w:cs="Arial"/>
          <w:sz w:val="28"/>
          <w:szCs w:val="28"/>
        </w:rPr>
        <w:t xml:space="preserve">They were on the S7 </w:t>
      </w:r>
      <w:r w:rsidR="00AB5800" w:rsidRPr="008F3EEF">
        <w:rPr>
          <w:rFonts w:ascii="Arial" w:hAnsi="Arial" w:cs="Arial"/>
          <w:sz w:val="28"/>
          <w:szCs w:val="28"/>
        </w:rPr>
        <w:t xml:space="preserve">train </w:t>
      </w:r>
      <w:r w:rsidRPr="008F3EEF">
        <w:rPr>
          <w:rFonts w:ascii="Arial" w:hAnsi="Arial" w:cs="Arial"/>
          <w:sz w:val="28"/>
          <w:szCs w:val="28"/>
        </w:rPr>
        <w:t>with their class. An elderly couple sat nearby, quietly eavesdropping. To Lani's horror, they smiled at Katchy like she was a tiny tour guide.</w:t>
      </w:r>
    </w:p>
    <w:p w14:paraId="5B6BB949" w14:textId="77777777" w:rsidR="00C87498" w:rsidRPr="008F3EEF" w:rsidRDefault="007C4501">
      <w:pPr>
        <w:rPr>
          <w:rFonts w:ascii="Arial" w:hAnsi="Arial" w:cs="Arial"/>
          <w:sz w:val="28"/>
          <w:szCs w:val="28"/>
        </w:rPr>
      </w:pPr>
      <w:r w:rsidRPr="008F3EEF">
        <w:rPr>
          <w:rFonts w:ascii="Arial" w:hAnsi="Arial" w:cs="Arial"/>
          <w:sz w:val="28"/>
          <w:szCs w:val="28"/>
        </w:rPr>
        <w:t>"Oh, I'd love to hear that," the woman said kindly.</w:t>
      </w:r>
    </w:p>
    <w:p w14:paraId="4EAFFADD" w14:textId="0141A59B" w:rsidR="00C87498" w:rsidRPr="008F3EEF" w:rsidRDefault="007C4501">
      <w:pPr>
        <w:rPr>
          <w:rFonts w:ascii="Arial" w:hAnsi="Arial" w:cs="Arial"/>
          <w:sz w:val="28"/>
          <w:szCs w:val="28"/>
        </w:rPr>
      </w:pPr>
      <w:r w:rsidRPr="008F3EEF">
        <w:rPr>
          <w:rFonts w:ascii="Arial" w:hAnsi="Arial" w:cs="Arial"/>
          <w:sz w:val="28"/>
          <w:szCs w:val="28"/>
        </w:rPr>
        <w:t xml:space="preserve">Katchy lit up and launched straight into </w:t>
      </w:r>
      <w:r w:rsidR="0037053C" w:rsidRPr="008F3EEF">
        <w:rPr>
          <w:rFonts w:ascii="Arial" w:hAnsi="Arial" w:cs="Arial"/>
          <w:sz w:val="28"/>
          <w:szCs w:val="28"/>
        </w:rPr>
        <w:t>Karlštejn</w:t>
      </w:r>
      <w:r w:rsidRPr="008F3EEF">
        <w:rPr>
          <w:rFonts w:ascii="Arial" w:hAnsi="Arial" w:cs="Arial"/>
          <w:sz w:val="28"/>
          <w:szCs w:val="28"/>
        </w:rPr>
        <w:t xml:space="preserve"> fortifications. Lani stared out at the passing trees and daydreamed about anything that </w:t>
      </w:r>
      <w:r w:rsidRPr="008F3EEF">
        <w:rPr>
          <w:rFonts w:ascii="Arial" w:hAnsi="Arial" w:cs="Arial"/>
          <w:sz w:val="28"/>
          <w:szCs w:val="28"/>
        </w:rPr>
        <w:lastRenderedPageBreak/>
        <w:t>didn't involve Gothic architecture or holy relics.</w:t>
      </w:r>
    </w:p>
    <w:p w14:paraId="5037C5DA" w14:textId="77777777" w:rsidR="00C87498" w:rsidRPr="008F3EEF" w:rsidRDefault="007C4501">
      <w:pPr>
        <w:rPr>
          <w:rFonts w:ascii="Arial" w:hAnsi="Arial" w:cs="Arial"/>
          <w:sz w:val="28"/>
          <w:szCs w:val="28"/>
        </w:rPr>
      </w:pPr>
      <w:r w:rsidRPr="008F3EEF">
        <w:rPr>
          <w:rFonts w:ascii="Arial" w:hAnsi="Arial" w:cs="Arial"/>
          <w:sz w:val="28"/>
          <w:szCs w:val="28"/>
        </w:rPr>
        <w:t>Katchy leaned in. "Say 'good day'."</w:t>
      </w:r>
    </w:p>
    <w:p w14:paraId="06AE26AC" w14:textId="77777777" w:rsidR="00C87498" w:rsidRPr="008F3EEF" w:rsidRDefault="007C4501">
      <w:pPr>
        <w:rPr>
          <w:rFonts w:ascii="Arial" w:hAnsi="Arial" w:cs="Arial"/>
          <w:sz w:val="28"/>
          <w:szCs w:val="28"/>
        </w:rPr>
      </w:pPr>
      <w:r w:rsidRPr="008F3EEF">
        <w:rPr>
          <w:rFonts w:ascii="Arial" w:hAnsi="Arial" w:cs="Arial"/>
          <w:sz w:val="28"/>
          <w:szCs w:val="28"/>
        </w:rPr>
        <w:t>"Why?"</w:t>
      </w:r>
    </w:p>
    <w:p w14:paraId="620E4C3B" w14:textId="77777777" w:rsidR="00C87498" w:rsidRPr="008F3EEF" w:rsidRDefault="007C4501">
      <w:pPr>
        <w:rPr>
          <w:rFonts w:ascii="Arial" w:hAnsi="Arial" w:cs="Arial"/>
          <w:sz w:val="28"/>
          <w:szCs w:val="28"/>
        </w:rPr>
      </w:pPr>
      <w:r w:rsidRPr="008F3EEF">
        <w:rPr>
          <w:rFonts w:ascii="Arial" w:hAnsi="Arial" w:cs="Arial"/>
          <w:sz w:val="28"/>
          <w:szCs w:val="28"/>
        </w:rPr>
        <w:t>"It's train tradition."</w:t>
      </w:r>
    </w:p>
    <w:p w14:paraId="598F52AB" w14:textId="77777777" w:rsidR="00C87498" w:rsidRPr="008F3EEF" w:rsidRDefault="007C4501">
      <w:pPr>
        <w:rPr>
          <w:rFonts w:ascii="Arial" w:hAnsi="Arial" w:cs="Arial"/>
          <w:sz w:val="28"/>
          <w:szCs w:val="28"/>
        </w:rPr>
      </w:pPr>
      <w:r w:rsidRPr="008F3EEF">
        <w:rPr>
          <w:rFonts w:ascii="Arial" w:hAnsi="Arial" w:cs="Arial"/>
          <w:sz w:val="28"/>
          <w:szCs w:val="28"/>
        </w:rPr>
        <w:t>"Talking to strangers is weird."</w:t>
      </w:r>
    </w:p>
    <w:p w14:paraId="6A633ECA" w14:textId="77777777" w:rsidR="00C87498" w:rsidRPr="008F3EEF" w:rsidRDefault="007C4501">
      <w:pPr>
        <w:rPr>
          <w:rFonts w:ascii="Arial" w:hAnsi="Arial" w:cs="Arial"/>
          <w:sz w:val="28"/>
          <w:szCs w:val="28"/>
        </w:rPr>
      </w:pPr>
      <w:r w:rsidRPr="008F3EEF">
        <w:rPr>
          <w:rFonts w:ascii="Arial" w:hAnsi="Arial" w:cs="Arial"/>
          <w:sz w:val="28"/>
          <w:szCs w:val="28"/>
        </w:rPr>
        <w:t>Still, Lani managed a polite smile and a small "Good day," while Katchy enjoyed the couple's cheerful reply.</w:t>
      </w:r>
    </w:p>
    <w:p w14:paraId="7C6CAEF6" w14:textId="77777777" w:rsidR="00C87498" w:rsidRPr="008F3EEF" w:rsidRDefault="007C4501">
      <w:pPr>
        <w:rPr>
          <w:rFonts w:ascii="Arial" w:hAnsi="Arial" w:cs="Arial"/>
          <w:sz w:val="28"/>
          <w:szCs w:val="28"/>
        </w:rPr>
      </w:pPr>
      <w:r w:rsidRPr="008F3EEF">
        <w:rPr>
          <w:rFonts w:ascii="Arial" w:hAnsi="Arial" w:cs="Arial"/>
          <w:sz w:val="28"/>
          <w:szCs w:val="28"/>
        </w:rPr>
        <w:t>As the train neared Zadní Třebaň, the couple gathered their bags.</w:t>
      </w:r>
    </w:p>
    <w:p w14:paraId="7080FC90" w14:textId="77777777" w:rsidR="00C87498" w:rsidRPr="008F3EEF" w:rsidRDefault="007C4501">
      <w:pPr>
        <w:rPr>
          <w:rFonts w:ascii="Arial" w:hAnsi="Arial" w:cs="Arial"/>
          <w:sz w:val="28"/>
          <w:szCs w:val="28"/>
        </w:rPr>
      </w:pPr>
      <w:r w:rsidRPr="008F3EEF">
        <w:rPr>
          <w:rFonts w:ascii="Arial" w:hAnsi="Arial" w:cs="Arial"/>
          <w:sz w:val="28"/>
          <w:szCs w:val="28"/>
        </w:rPr>
        <w:t>"We're visiting the castle too," the man said. "But we'll hike up through the forest."</w:t>
      </w:r>
    </w:p>
    <w:p w14:paraId="1F66216B" w14:textId="042CA252" w:rsidR="00C87498" w:rsidRPr="008F3EEF" w:rsidRDefault="007C4501">
      <w:pPr>
        <w:rPr>
          <w:rFonts w:ascii="Arial" w:hAnsi="Arial" w:cs="Arial"/>
          <w:sz w:val="28"/>
          <w:szCs w:val="28"/>
        </w:rPr>
      </w:pPr>
      <w:r w:rsidRPr="008F3EEF">
        <w:rPr>
          <w:rFonts w:ascii="Arial" w:hAnsi="Arial" w:cs="Arial"/>
          <w:sz w:val="28"/>
          <w:szCs w:val="28"/>
        </w:rPr>
        <w:t xml:space="preserve">Lani's stomach turned. A </w:t>
      </w:r>
      <w:r w:rsidR="008F3EEF" w:rsidRPr="008F3EEF">
        <w:rPr>
          <w:rFonts w:ascii="Arial" w:hAnsi="Arial" w:cs="Arial"/>
          <w:sz w:val="28"/>
          <w:szCs w:val="28"/>
        </w:rPr>
        <w:t>2–3-kilometre</w:t>
      </w:r>
      <w:r w:rsidRPr="008F3EEF">
        <w:rPr>
          <w:rFonts w:ascii="Arial" w:hAnsi="Arial" w:cs="Arial"/>
          <w:sz w:val="28"/>
          <w:szCs w:val="28"/>
        </w:rPr>
        <w:t xml:space="preserve"> uphill hike sounded like a very effective way to ruin a perfectly good day.</w:t>
      </w:r>
    </w:p>
    <w:p w14:paraId="2C1CB826" w14:textId="77777777" w:rsidR="00C87498" w:rsidRPr="008F3EEF" w:rsidRDefault="007C4501">
      <w:pPr>
        <w:rPr>
          <w:rFonts w:ascii="Arial" w:hAnsi="Arial" w:cs="Arial"/>
          <w:sz w:val="28"/>
          <w:szCs w:val="28"/>
        </w:rPr>
      </w:pPr>
      <w:r w:rsidRPr="008F3EEF">
        <w:rPr>
          <w:rFonts w:ascii="Arial" w:hAnsi="Arial" w:cs="Arial"/>
          <w:sz w:val="28"/>
          <w:szCs w:val="28"/>
        </w:rPr>
        <w:t>"Sounds... lovely," Lani said through her teeth.</w:t>
      </w:r>
    </w:p>
    <w:p w14:paraId="64D15F12" w14:textId="37B51552" w:rsidR="00C87498" w:rsidRPr="008F3EEF" w:rsidRDefault="007C4501">
      <w:pPr>
        <w:rPr>
          <w:rFonts w:ascii="Arial" w:hAnsi="Arial" w:cs="Arial"/>
          <w:sz w:val="28"/>
          <w:szCs w:val="28"/>
        </w:rPr>
      </w:pPr>
      <w:r w:rsidRPr="008F3EEF">
        <w:rPr>
          <w:rFonts w:ascii="Arial" w:hAnsi="Arial" w:cs="Arial"/>
          <w:sz w:val="28"/>
          <w:szCs w:val="28"/>
        </w:rPr>
        <w:lastRenderedPageBreak/>
        <w:t xml:space="preserve">"Okay, everyone, please gather your things," </w:t>
      </w:r>
      <w:r w:rsidR="0037053C" w:rsidRPr="008F3EEF">
        <w:rPr>
          <w:rFonts w:ascii="Arial" w:hAnsi="Arial" w:cs="Arial"/>
          <w:sz w:val="28"/>
          <w:szCs w:val="28"/>
        </w:rPr>
        <w:t>Ms.</w:t>
      </w:r>
      <w:r w:rsidRPr="008F3EEF">
        <w:rPr>
          <w:rFonts w:ascii="Arial" w:hAnsi="Arial" w:cs="Arial"/>
          <w:sz w:val="28"/>
          <w:szCs w:val="28"/>
        </w:rPr>
        <w:t xml:space="preserve"> Brosková called. "Next stop: Karlštejn."</w:t>
      </w:r>
    </w:p>
    <w:p w14:paraId="4F392A80" w14:textId="77777777" w:rsidR="00C87498" w:rsidRPr="008F3EEF" w:rsidRDefault="007C4501">
      <w:pPr>
        <w:rPr>
          <w:rFonts w:ascii="Arial" w:hAnsi="Arial" w:cs="Arial"/>
          <w:sz w:val="28"/>
          <w:szCs w:val="28"/>
        </w:rPr>
      </w:pPr>
      <w:r w:rsidRPr="008F3EEF">
        <w:rPr>
          <w:rFonts w:ascii="Arial" w:hAnsi="Arial" w:cs="Arial"/>
          <w:sz w:val="28"/>
          <w:szCs w:val="28"/>
        </w:rPr>
        <w:t>"Woohoo! We're finally there!" Katchy beamed, practically bouncing.</w:t>
      </w:r>
    </w:p>
    <w:p w14:paraId="5F205F18" w14:textId="77777777" w:rsidR="00C87498" w:rsidRPr="008F3EEF" w:rsidRDefault="007C4501">
      <w:pPr>
        <w:rPr>
          <w:rFonts w:ascii="Arial" w:hAnsi="Arial" w:cs="Arial"/>
          <w:sz w:val="28"/>
          <w:szCs w:val="28"/>
        </w:rPr>
      </w:pPr>
      <w:r w:rsidRPr="008F3EEF">
        <w:rPr>
          <w:rFonts w:ascii="Arial" w:hAnsi="Arial" w:cs="Arial"/>
          <w:sz w:val="28"/>
          <w:szCs w:val="28"/>
        </w:rPr>
        <w:t>"Yeah. Finally," Lani deadpanned.</w:t>
      </w:r>
    </w:p>
    <w:p w14:paraId="77ECF973" w14:textId="5606B9B7" w:rsidR="00C87498" w:rsidRPr="008F3EEF" w:rsidRDefault="007C4501">
      <w:pPr>
        <w:rPr>
          <w:rFonts w:ascii="Arial" w:hAnsi="Arial" w:cs="Arial"/>
          <w:sz w:val="28"/>
          <w:szCs w:val="28"/>
        </w:rPr>
      </w:pPr>
      <w:r w:rsidRPr="008F3EEF">
        <w:rPr>
          <w:rFonts w:ascii="Arial" w:hAnsi="Arial" w:cs="Arial"/>
          <w:sz w:val="28"/>
          <w:szCs w:val="28"/>
        </w:rPr>
        <w:t xml:space="preserve">"Miss Cloud?" </w:t>
      </w:r>
      <w:r w:rsidR="0037053C" w:rsidRPr="008F3EEF">
        <w:rPr>
          <w:rFonts w:ascii="Arial" w:hAnsi="Arial" w:cs="Arial"/>
          <w:sz w:val="28"/>
          <w:szCs w:val="28"/>
        </w:rPr>
        <w:t>Ms.</w:t>
      </w:r>
      <w:r w:rsidRPr="008F3EEF">
        <w:rPr>
          <w:rFonts w:ascii="Arial" w:hAnsi="Arial" w:cs="Arial"/>
          <w:sz w:val="28"/>
          <w:szCs w:val="28"/>
        </w:rPr>
        <w:t xml:space="preserve"> Brosková appeared beside them like a quiet ninja. "A word."</w:t>
      </w:r>
    </w:p>
    <w:p w14:paraId="592AB9E5" w14:textId="77777777" w:rsidR="00C87498" w:rsidRPr="008F3EEF" w:rsidRDefault="007C4501">
      <w:pPr>
        <w:rPr>
          <w:rFonts w:ascii="Arial" w:hAnsi="Arial" w:cs="Arial"/>
          <w:sz w:val="28"/>
          <w:szCs w:val="28"/>
        </w:rPr>
      </w:pPr>
      <w:r w:rsidRPr="008F3EEF">
        <w:rPr>
          <w:rFonts w:ascii="Arial" w:hAnsi="Arial" w:cs="Arial"/>
          <w:sz w:val="28"/>
          <w:szCs w:val="28"/>
        </w:rPr>
        <w:t>Lani straightened. "Yes, Miss?"</w:t>
      </w:r>
    </w:p>
    <w:p w14:paraId="572A6F9D" w14:textId="77777777" w:rsidR="00C87498" w:rsidRPr="008F3EEF" w:rsidRDefault="007C4501">
      <w:pPr>
        <w:rPr>
          <w:rFonts w:ascii="Arial" w:hAnsi="Arial" w:cs="Arial"/>
          <w:sz w:val="28"/>
          <w:szCs w:val="28"/>
        </w:rPr>
      </w:pPr>
      <w:r w:rsidRPr="008F3EEF">
        <w:rPr>
          <w:rFonts w:ascii="Arial" w:hAnsi="Arial" w:cs="Arial"/>
          <w:sz w:val="28"/>
          <w:szCs w:val="28"/>
        </w:rPr>
        <w:t>"No sarcastic comments while the guide is talking."</w:t>
      </w:r>
    </w:p>
    <w:p w14:paraId="1208C9AE" w14:textId="33A5DA34" w:rsidR="00C87498" w:rsidRPr="008F3EEF" w:rsidRDefault="007C4501">
      <w:pPr>
        <w:rPr>
          <w:rFonts w:ascii="Arial" w:hAnsi="Arial" w:cs="Arial"/>
          <w:sz w:val="28"/>
          <w:szCs w:val="28"/>
        </w:rPr>
      </w:pPr>
      <w:r w:rsidRPr="008F3EEF">
        <w:rPr>
          <w:rFonts w:ascii="Arial" w:hAnsi="Arial" w:cs="Arial"/>
          <w:sz w:val="28"/>
          <w:szCs w:val="28"/>
        </w:rPr>
        <w:t>"What?" Lani hissed. "I've already been forced to listen to every Karlštejn fact on the internet. Now I have to hear it all again</w:t>
      </w:r>
      <w:r w:rsidR="00AB5800" w:rsidRPr="008F3EEF">
        <w:rPr>
          <w:rFonts w:ascii="Arial" w:hAnsi="Arial" w:cs="Arial"/>
          <w:sz w:val="28"/>
          <w:szCs w:val="28"/>
        </w:rPr>
        <w:t>??</w:t>
      </w:r>
      <w:r w:rsidRPr="008F3EEF">
        <w:rPr>
          <w:rFonts w:ascii="Arial" w:hAnsi="Arial" w:cs="Arial"/>
          <w:sz w:val="28"/>
          <w:szCs w:val="28"/>
        </w:rPr>
        <w:t>?"</w:t>
      </w:r>
    </w:p>
    <w:p w14:paraId="762DE469" w14:textId="0EAE0065" w:rsidR="00C87498" w:rsidRPr="008F3EEF" w:rsidRDefault="007C4501">
      <w:pPr>
        <w:rPr>
          <w:rFonts w:ascii="Arial" w:hAnsi="Arial" w:cs="Arial"/>
          <w:sz w:val="28"/>
          <w:szCs w:val="28"/>
        </w:rPr>
      </w:pPr>
      <w:r w:rsidRPr="008F3EEF">
        <w:rPr>
          <w:rFonts w:ascii="Arial" w:hAnsi="Arial" w:cs="Arial"/>
          <w:sz w:val="28"/>
          <w:szCs w:val="28"/>
        </w:rPr>
        <w:t xml:space="preserve">"Yes," </w:t>
      </w:r>
      <w:r w:rsidR="0037053C" w:rsidRPr="008F3EEF">
        <w:rPr>
          <w:rFonts w:ascii="Arial" w:hAnsi="Arial" w:cs="Arial"/>
          <w:sz w:val="28"/>
          <w:szCs w:val="28"/>
        </w:rPr>
        <w:t>Ms.</w:t>
      </w:r>
      <w:r w:rsidRPr="008F3EEF">
        <w:rPr>
          <w:rFonts w:ascii="Arial" w:hAnsi="Arial" w:cs="Arial"/>
          <w:sz w:val="28"/>
          <w:szCs w:val="28"/>
        </w:rPr>
        <w:t xml:space="preserve"> Brosková said, smiling so sweetly it looked painful. "And if you don't, you know what happens."</w:t>
      </w:r>
    </w:p>
    <w:p w14:paraId="59A085EE" w14:textId="75560332" w:rsidR="00C87498" w:rsidRPr="008F3EEF" w:rsidRDefault="007C4501">
      <w:pPr>
        <w:rPr>
          <w:rFonts w:ascii="Arial" w:hAnsi="Arial" w:cs="Arial"/>
          <w:sz w:val="28"/>
          <w:szCs w:val="28"/>
        </w:rPr>
      </w:pPr>
      <w:r w:rsidRPr="008F3EEF">
        <w:rPr>
          <w:rFonts w:ascii="Arial" w:hAnsi="Arial" w:cs="Arial"/>
          <w:sz w:val="28"/>
          <w:szCs w:val="28"/>
        </w:rPr>
        <w:lastRenderedPageBreak/>
        <w:t>"What</w:t>
      </w:r>
      <w:r w:rsidR="00AB5800" w:rsidRPr="008F3EEF">
        <w:rPr>
          <w:rFonts w:ascii="Arial" w:hAnsi="Arial" w:cs="Arial"/>
          <w:sz w:val="28"/>
          <w:szCs w:val="28"/>
        </w:rPr>
        <w:t>?</w:t>
      </w:r>
      <w:r w:rsidRPr="008F3EEF">
        <w:rPr>
          <w:rFonts w:ascii="Arial" w:hAnsi="Arial" w:cs="Arial"/>
          <w:sz w:val="28"/>
          <w:szCs w:val="28"/>
        </w:rPr>
        <w:t xml:space="preserve"> </w:t>
      </w:r>
      <w:r w:rsidR="00AB5800" w:rsidRPr="008F3EEF">
        <w:rPr>
          <w:rFonts w:ascii="Arial" w:hAnsi="Arial" w:cs="Arial"/>
          <w:sz w:val="28"/>
          <w:szCs w:val="28"/>
        </w:rPr>
        <w:t>D</w:t>
      </w:r>
      <w:r w:rsidRPr="008F3EEF">
        <w:rPr>
          <w:rFonts w:ascii="Arial" w:hAnsi="Arial" w:cs="Arial"/>
          <w:sz w:val="28"/>
          <w:szCs w:val="28"/>
        </w:rPr>
        <w:t>etention in a library? Does the castle even have a library?" Lani asked, half-joking, half-hoping.</w:t>
      </w:r>
    </w:p>
    <w:p w14:paraId="70593F83" w14:textId="42C459DE" w:rsidR="008F3EEF" w:rsidRPr="008F3EEF" w:rsidRDefault="008F3EEF">
      <w:pPr>
        <w:rPr>
          <w:rFonts w:ascii="Arial" w:hAnsi="Arial" w:cs="Arial"/>
          <w:sz w:val="28"/>
          <w:szCs w:val="28"/>
        </w:rPr>
      </w:pPr>
      <w:r>
        <w:rPr>
          <w:rFonts w:ascii="Arial" w:hAnsi="Arial" w:cs="Arial"/>
          <w:noProof/>
          <w:sz w:val="28"/>
          <w:szCs w:val="28"/>
        </w:rPr>
        <w:drawing>
          <wp:anchor distT="0" distB="0" distL="114300" distR="114300" simplePos="0" relativeHeight="251662336" behindDoc="0" locked="0" layoutInCell="1" allowOverlap="1" wp14:anchorId="0E14B20B" wp14:editId="6A44A6FB">
            <wp:simplePos x="0" y="0"/>
            <wp:positionH relativeFrom="column">
              <wp:posOffset>-12700</wp:posOffset>
            </wp:positionH>
            <wp:positionV relativeFrom="paragraph">
              <wp:posOffset>5715</wp:posOffset>
            </wp:positionV>
            <wp:extent cx="2353733" cy="3530600"/>
            <wp:effectExtent l="0" t="0" r="8890" b="0"/>
            <wp:wrapSquare wrapText="bothSides"/>
            <wp:docPr id="979485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85425" name="Picture 979485425"/>
                    <pic:cNvPicPr/>
                  </pic:nvPicPr>
                  <pic:blipFill>
                    <a:blip r:embed="rId11"/>
                    <a:stretch>
                      <a:fillRect/>
                    </a:stretch>
                  </pic:blipFill>
                  <pic:spPr>
                    <a:xfrm>
                      <a:off x="0" y="0"/>
                      <a:ext cx="2353733" cy="3530600"/>
                    </a:xfrm>
                    <a:prstGeom prst="rect">
                      <a:avLst/>
                    </a:prstGeom>
                  </pic:spPr>
                </pic:pic>
              </a:graphicData>
            </a:graphic>
          </wp:anchor>
        </w:drawing>
      </w:r>
      <w:r w:rsidR="007C4501" w:rsidRPr="008F3EEF">
        <w:rPr>
          <w:rFonts w:ascii="Arial" w:hAnsi="Arial" w:cs="Arial"/>
          <w:sz w:val="28"/>
          <w:szCs w:val="28"/>
        </w:rPr>
        <w:t xml:space="preserve">Their teacher didn't answer. She simply raised an eyebrow and marched down the aisle to deal with the boys, who were having a competition to see how many of </w:t>
      </w:r>
      <w:r w:rsidR="007C4501" w:rsidRPr="008F3EEF">
        <w:rPr>
          <w:rFonts w:ascii="Arial" w:hAnsi="Arial" w:cs="Arial"/>
          <w:sz w:val="28"/>
          <w:szCs w:val="28"/>
        </w:rPr>
        <w:lastRenderedPageBreak/>
        <w:t>them could fit inside the train toilet with the door closed.</w:t>
      </w:r>
    </w:p>
    <w:p w14:paraId="4EA318F3" w14:textId="0C671200" w:rsidR="00C87498" w:rsidRPr="008F3EEF" w:rsidRDefault="007C4501">
      <w:pPr>
        <w:rPr>
          <w:rFonts w:ascii="Arial" w:hAnsi="Arial" w:cs="Arial"/>
          <w:sz w:val="28"/>
          <w:szCs w:val="28"/>
        </w:rPr>
      </w:pPr>
      <w:r w:rsidRPr="008F3EEF">
        <w:rPr>
          <w:rFonts w:ascii="Arial" w:hAnsi="Arial" w:cs="Arial"/>
          <w:sz w:val="28"/>
          <w:szCs w:val="28"/>
        </w:rPr>
        <w:t>"Actually," Katchy whispered urgently, "they wouldn't have said 'library'. It would've been 'bibliotheca'</w:t>
      </w:r>
      <w:proofErr w:type="gramStart"/>
      <w:r w:rsidR="00AB5800" w:rsidRPr="008F3EEF">
        <w:rPr>
          <w:rFonts w:ascii="Arial" w:hAnsi="Arial" w:cs="Arial"/>
          <w:sz w:val="28"/>
          <w:szCs w:val="28"/>
        </w:rPr>
        <w:t>…..</w:t>
      </w:r>
      <w:proofErr w:type="gramEnd"/>
      <w:r w:rsidR="00AB5800" w:rsidRPr="008F3EEF">
        <w:rPr>
          <w:rFonts w:ascii="Arial" w:hAnsi="Arial" w:cs="Arial"/>
          <w:sz w:val="28"/>
          <w:szCs w:val="28"/>
        </w:rPr>
        <w:t>Or</w:t>
      </w:r>
      <w:r w:rsidRPr="008F3EEF">
        <w:rPr>
          <w:rFonts w:ascii="Arial" w:hAnsi="Arial" w:cs="Arial"/>
          <w:sz w:val="28"/>
          <w:szCs w:val="28"/>
        </w:rPr>
        <w:t xml:space="preserve"> </w:t>
      </w:r>
      <w:r w:rsidR="00AB5800" w:rsidRPr="008F3EEF">
        <w:rPr>
          <w:rFonts w:ascii="Arial" w:hAnsi="Arial" w:cs="Arial"/>
          <w:sz w:val="28"/>
          <w:szCs w:val="28"/>
        </w:rPr>
        <w:t>s</w:t>
      </w:r>
      <w:r w:rsidRPr="008F3EEF">
        <w:rPr>
          <w:rFonts w:ascii="Arial" w:hAnsi="Arial" w:cs="Arial"/>
          <w:sz w:val="28"/>
          <w:szCs w:val="28"/>
        </w:rPr>
        <w:t xml:space="preserve">omething more... </w:t>
      </w:r>
      <w:r w:rsidRPr="008F3EEF">
        <w:rPr>
          <w:rFonts w:ascii="Arial" w:hAnsi="Arial" w:cs="Arial"/>
          <w:i/>
          <w:iCs/>
          <w:sz w:val="28"/>
          <w:szCs w:val="28"/>
        </w:rPr>
        <w:t>Latin</w:t>
      </w:r>
      <w:r w:rsidR="00AB5800" w:rsidRPr="008F3EEF">
        <w:rPr>
          <w:rFonts w:ascii="Arial" w:hAnsi="Arial" w:cs="Arial"/>
          <w:i/>
          <w:iCs/>
          <w:sz w:val="28"/>
          <w:szCs w:val="28"/>
        </w:rPr>
        <w:t>y</w:t>
      </w:r>
      <w:r w:rsidRPr="008F3EEF">
        <w:rPr>
          <w:rFonts w:ascii="Arial" w:hAnsi="Arial" w:cs="Arial"/>
          <w:sz w:val="28"/>
          <w:szCs w:val="28"/>
        </w:rPr>
        <w:t>."</w:t>
      </w:r>
    </w:p>
    <w:p w14:paraId="6201094D" w14:textId="77777777" w:rsidR="00C87498" w:rsidRPr="008F3EEF" w:rsidRDefault="007C4501">
      <w:pPr>
        <w:rPr>
          <w:rFonts w:ascii="Arial" w:hAnsi="Arial" w:cs="Arial"/>
          <w:sz w:val="28"/>
          <w:szCs w:val="28"/>
        </w:rPr>
      </w:pPr>
      <w:r w:rsidRPr="008F3EEF">
        <w:rPr>
          <w:rFonts w:ascii="Arial" w:hAnsi="Arial" w:cs="Arial"/>
          <w:sz w:val="28"/>
          <w:szCs w:val="28"/>
        </w:rPr>
        <w:t>"Latiny?" Lani stared at her. "That's not a word."</w:t>
      </w:r>
    </w:p>
    <w:p w14:paraId="5CCEC5CF" w14:textId="3639CCB9" w:rsidR="00C87498" w:rsidRPr="008F3EEF" w:rsidRDefault="007C4501">
      <w:pPr>
        <w:rPr>
          <w:rFonts w:ascii="Arial" w:hAnsi="Arial" w:cs="Arial"/>
          <w:sz w:val="28"/>
          <w:szCs w:val="28"/>
        </w:rPr>
      </w:pPr>
      <w:r w:rsidRPr="008F3EEF">
        <w:rPr>
          <w:rFonts w:ascii="Arial" w:hAnsi="Arial" w:cs="Arial"/>
          <w:sz w:val="28"/>
          <w:szCs w:val="28"/>
        </w:rPr>
        <w:t>"</w:t>
      </w:r>
      <w:r w:rsidR="0037053C" w:rsidRPr="008F3EEF">
        <w:rPr>
          <w:rFonts w:ascii="Arial" w:hAnsi="Arial" w:cs="Arial"/>
          <w:sz w:val="28"/>
          <w:szCs w:val="28"/>
        </w:rPr>
        <w:t>M</w:t>
      </w:r>
      <w:r w:rsidR="008F3EEF">
        <w:rPr>
          <w:rFonts w:ascii="Arial" w:hAnsi="Arial" w:cs="Arial"/>
          <w:sz w:val="28"/>
          <w:szCs w:val="28"/>
        </w:rPr>
        <w:t>rs</w:t>
      </w:r>
      <w:r w:rsidR="0037053C" w:rsidRPr="008F3EEF">
        <w:rPr>
          <w:rFonts w:ascii="Arial" w:hAnsi="Arial" w:cs="Arial"/>
          <w:sz w:val="28"/>
          <w:szCs w:val="28"/>
        </w:rPr>
        <w:t>.</w:t>
      </w:r>
      <w:r w:rsidRPr="008F3EEF">
        <w:rPr>
          <w:rFonts w:ascii="Arial" w:hAnsi="Arial" w:cs="Arial"/>
          <w:sz w:val="28"/>
          <w:szCs w:val="28"/>
        </w:rPr>
        <w:t xml:space="preserve"> Brosková!" Katchy squealed. "Tell her. Latiny is a word!"</w:t>
      </w:r>
    </w:p>
    <w:p w14:paraId="03877330" w14:textId="68BCB509" w:rsidR="00C87498" w:rsidRPr="008F3EEF" w:rsidRDefault="007C4501">
      <w:pPr>
        <w:rPr>
          <w:rFonts w:ascii="Arial" w:hAnsi="Arial" w:cs="Arial"/>
          <w:sz w:val="28"/>
          <w:szCs w:val="28"/>
        </w:rPr>
      </w:pPr>
      <w:r w:rsidRPr="008F3EEF">
        <w:rPr>
          <w:rFonts w:ascii="Arial" w:hAnsi="Arial" w:cs="Arial"/>
          <w:sz w:val="28"/>
          <w:szCs w:val="28"/>
        </w:rPr>
        <w:t xml:space="preserve">"Latiny is an adjective," </w:t>
      </w:r>
      <w:r w:rsidR="0037053C" w:rsidRPr="008F3EEF">
        <w:rPr>
          <w:rFonts w:ascii="Arial" w:hAnsi="Arial" w:cs="Arial"/>
          <w:sz w:val="28"/>
          <w:szCs w:val="28"/>
        </w:rPr>
        <w:t>M</w:t>
      </w:r>
      <w:r w:rsidR="008F3EEF">
        <w:rPr>
          <w:rFonts w:ascii="Arial" w:hAnsi="Arial" w:cs="Arial"/>
          <w:sz w:val="28"/>
          <w:szCs w:val="28"/>
        </w:rPr>
        <w:t>rs</w:t>
      </w:r>
      <w:r w:rsidR="0037053C" w:rsidRPr="008F3EEF">
        <w:rPr>
          <w:rFonts w:ascii="Arial" w:hAnsi="Arial" w:cs="Arial"/>
          <w:sz w:val="28"/>
          <w:szCs w:val="28"/>
        </w:rPr>
        <w:t>.</w:t>
      </w:r>
      <w:r w:rsidRPr="008F3EEF">
        <w:rPr>
          <w:rFonts w:ascii="Arial" w:hAnsi="Arial" w:cs="Arial"/>
          <w:sz w:val="28"/>
          <w:szCs w:val="28"/>
        </w:rPr>
        <w:t xml:space="preserve"> Brosková called back without turning. "Informal, but valid. It means 'having the </w:t>
      </w:r>
      <w:r w:rsidR="0037053C" w:rsidRPr="008F3EEF">
        <w:rPr>
          <w:rFonts w:ascii="Arial" w:hAnsi="Arial" w:cs="Arial"/>
          <w:sz w:val="28"/>
          <w:szCs w:val="28"/>
        </w:rPr>
        <w:t>flavor</w:t>
      </w:r>
      <w:r w:rsidRPr="008F3EEF">
        <w:rPr>
          <w:rFonts w:ascii="Arial" w:hAnsi="Arial" w:cs="Arial"/>
          <w:sz w:val="28"/>
          <w:szCs w:val="28"/>
        </w:rPr>
        <w:t xml:space="preserve"> of Latin'."</w:t>
      </w:r>
    </w:p>
    <w:p w14:paraId="79E64621" w14:textId="1B953B33" w:rsidR="00C87498" w:rsidRPr="008F3EEF" w:rsidRDefault="007C4501">
      <w:pPr>
        <w:rPr>
          <w:rFonts w:ascii="Arial" w:hAnsi="Arial" w:cs="Arial"/>
          <w:sz w:val="28"/>
          <w:szCs w:val="28"/>
        </w:rPr>
      </w:pPr>
      <w:r w:rsidRPr="008F3EEF">
        <w:rPr>
          <w:rFonts w:ascii="Arial" w:hAnsi="Arial" w:cs="Arial"/>
          <w:sz w:val="28"/>
          <w:szCs w:val="28"/>
        </w:rPr>
        <w:t>She opened the toilet door.</w:t>
      </w:r>
      <w:r w:rsidR="008F3EEF">
        <w:rPr>
          <w:rFonts w:ascii="Arial" w:hAnsi="Arial" w:cs="Arial"/>
          <w:sz w:val="28"/>
          <w:szCs w:val="28"/>
        </w:rPr>
        <w:br/>
      </w:r>
      <w:r w:rsidRPr="008F3EEF">
        <w:rPr>
          <w:rFonts w:ascii="Arial" w:hAnsi="Arial" w:cs="Arial"/>
          <w:sz w:val="28"/>
          <w:szCs w:val="28"/>
        </w:rPr>
        <w:t>Eight boys tumbled out at once, yelling.</w:t>
      </w:r>
    </w:p>
    <w:p w14:paraId="121D6464" w14:textId="5A68D16A" w:rsidR="00C87498" w:rsidRPr="008F3EEF" w:rsidRDefault="0037053C">
      <w:pPr>
        <w:rPr>
          <w:rFonts w:ascii="Arial" w:hAnsi="Arial" w:cs="Arial"/>
          <w:sz w:val="28"/>
          <w:szCs w:val="28"/>
        </w:rPr>
      </w:pPr>
      <w:r w:rsidRPr="008F3EEF">
        <w:rPr>
          <w:rFonts w:ascii="Arial" w:hAnsi="Arial" w:cs="Arial"/>
          <w:sz w:val="28"/>
          <w:szCs w:val="28"/>
        </w:rPr>
        <w:t>Ms.</w:t>
      </w:r>
      <w:r w:rsidR="007C4501" w:rsidRPr="008F3EEF">
        <w:rPr>
          <w:rFonts w:ascii="Arial" w:hAnsi="Arial" w:cs="Arial"/>
          <w:sz w:val="28"/>
          <w:szCs w:val="28"/>
        </w:rPr>
        <w:t xml:space="preserve"> Brosková pinched the bridge of her nose, then pointed at their bags. "Everyone off. Now."</w:t>
      </w:r>
    </w:p>
    <w:p w14:paraId="0CA1024F" w14:textId="3784455C" w:rsidR="00C87498" w:rsidRPr="008F3EEF" w:rsidRDefault="007C4501">
      <w:pPr>
        <w:rPr>
          <w:rFonts w:ascii="Arial" w:hAnsi="Arial" w:cs="Arial"/>
          <w:sz w:val="28"/>
          <w:szCs w:val="28"/>
        </w:rPr>
      </w:pPr>
      <w:r w:rsidRPr="008F3EEF">
        <w:rPr>
          <w:rFonts w:ascii="Arial" w:hAnsi="Arial" w:cs="Arial"/>
          <w:sz w:val="28"/>
          <w:szCs w:val="28"/>
        </w:rPr>
        <w:lastRenderedPageBreak/>
        <w:t>The class poured down the steps, a</w:t>
      </w:r>
      <w:r w:rsidR="00AB5800" w:rsidRPr="008F3EEF">
        <w:rPr>
          <w:rFonts w:ascii="Arial" w:hAnsi="Arial" w:cs="Arial"/>
          <w:sz w:val="28"/>
          <w:szCs w:val="28"/>
        </w:rPr>
        <w:t>s</w:t>
      </w:r>
      <w:r w:rsidRPr="008F3EEF">
        <w:rPr>
          <w:rFonts w:ascii="Arial" w:hAnsi="Arial" w:cs="Arial"/>
          <w:sz w:val="28"/>
          <w:szCs w:val="28"/>
        </w:rPr>
        <w:t xml:space="preserve"> the train slowed into Karlštejn station. Lani sighed dramatically.</w:t>
      </w:r>
    </w:p>
    <w:p w14:paraId="17E24A19" w14:textId="77777777" w:rsidR="00C87498" w:rsidRPr="008F3EEF" w:rsidRDefault="007C4501">
      <w:pPr>
        <w:rPr>
          <w:rFonts w:ascii="Arial" w:hAnsi="Arial" w:cs="Arial"/>
          <w:sz w:val="28"/>
          <w:szCs w:val="28"/>
        </w:rPr>
      </w:pPr>
      <w:r w:rsidRPr="008F3EEF">
        <w:rPr>
          <w:rFonts w:ascii="Arial" w:hAnsi="Arial" w:cs="Arial"/>
          <w:sz w:val="28"/>
          <w:szCs w:val="28"/>
        </w:rPr>
        <w:t>"Here's to another boring school trip," she muttered.</w:t>
      </w:r>
    </w:p>
    <w:p w14:paraId="5F4159CD" w14:textId="77777777" w:rsidR="00C87498" w:rsidRPr="008F3EEF" w:rsidRDefault="007C4501">
      <w:pPr>
        <w:rPr>
          <w:rFonts w:ascii="Arial" w:hAnsi="Arial" w:cs="Arial"/>
          <w:sz w:val="28"/>
          <w:szCs w:val="28"/>
        </w:rPr>
      </w:pPr>
      <w:r w:rsidRPr="008F3EEF">
        <w:rPr>
          <w:rFonts w:ascii="Arial" w:hAnsi="Arial" w:cs="Arial"/>
          <w:sz w:val="28"/>
          <w:szCs w:val="28"/>
        </w:rPr>
        <w:t>Katchy skipped in front of her. "Hey. You never know. It might be fun. Or magical."</w:t>
      </w:r>
    </w:p>
    <w:p w14:paraId="6EA3B6B6" w14:textId="77777777" w:rsidR="005B445E" w:rsidRPr="008F3EEF" w:rsidRDefault="007C4501" w:rsidP="005B445E">
      <w:pPr>
        <w:rPr>
          <w:rFonts w:ascii="Arial" w:hAnsi="Arial" w:cs="Arial"/>
          <w:sz w:val="28"/>
          <w:szCs w:val="28"/>
        </w:rPr>
      </w:pPr>
      <w:r w:rsidRPr="008F3EEF">
        <w:rPr>
          <w:rFonts w:ascii="Arial" w:hAnsi="Arial" w:cs="Arial"/>
          <w:sz w:val="28"/>
          <w:szCs w:val="28"/>
        </w:rPr>
        <w:t>"Fun?" Lani sniffed. "Doubt it."</w:t>
      </w:r>
    </w:p>
    <w:p w14:paraId="297B4607" w14:textId="77777777" w:rsidR="00CF4EC9" w:rsidRDefault="00CF4EC9" w:rsidP="00CF4EC9"/>
    <w:p w14:paraId="49C1D371" w14:textId="77777777" w:rsidR="00CF4EC9" w:rsidRDefault="00CF4EC9" w:rsidP="00CF4EC9"/>
    <w:p w14:paraId="519A78FF" w14:textId="77777777" w:rsidR="00CF4EC9" w:rsidRDefault="00CF4EC9" w:rsidP="00CF4EC9"/>
    <w:p w14:paraId="37A10E56" w14:textId="77777777" w:rsidR="00CF4EC9" w:rsidRDefault="00CF4EC9" w:rsidP="00CF4EC9"/>
    <w:p w14:paraId="4A4D74CE" w14:textId="77777777" w:rsidR="00CF4EC9" w:rsidRDefault="00CF4EC9" w:rsidP="00CF4EC9"/>
    <w:p w14:paraId="06F53FBC" w14:textId="77777777" w:rsidR="00CF4EC9" w:rsidRDefault="00CF4EC9" w:rsidP="00CF4EC9"/>
    <w:p w14:paraId="0EEA51BB" w14:textId="77777777" w:rsidR="00CF4EC9" w:rsidRDefault="00CF4EC9" w:rsidP="00CF4EC9"/>
    <w:p w14:paraId="25587083" w14:textId="77777777" w:rsidR="00CF4EC9" w:rsidRDefault="00CF4EC9" w:rsidP="00CF4EC9"/>
    <w:p w14:paraId="708EE335" w14:textId="77777777" w:rsidR="00CF4EC9" w:rsidRDefault="00CF4EC9" w:rsidP="00CF4EC9"/>
    <w:p w14:paraId="445ECF42" w14:textId="77777777" w:rsidR="00CF4EC9" w:rsidRDefault="00CF4EC9" w:rsidP="00CF4EC9"/>
    <w:p w14:paraId="6E2E1136" w14:textId="77777777" w:rsidR="00CF4EC9" w:rsidRDefault="00CF4EC9" w:rsidP="00CF4EC9"/>
    <w:p w14:paraId="44997940" w14:textId="77777777" w:rsidR="00CF4EC9" w:rsidRDefault="00CF4EC9" w:rsidP="00CF4EC9"/>
    <w:p w14:paraId="36D868CA" w14:textId="77777777" w:rsidR="00CF4EC9" w:rsidRDefault="00CF4EC9" w:rsidP="00CF4EC9"/>
    <w:p w14:paraId="093E8897" w14:textId="4ECD58E7" w:rsidR="00C87498" w:rsidRPr="008F3EEF" w:rsidRDefault="007C4501" w:rsidP="00CF4EC9">
      <w:pPr>
        <w:pStyle w:val="Heading1"/>
        <w:rPr>
          <w:rFonts w:ascii="Arial" w:hAnsi="Arial" w:cs="Arial"/>
        </w:rPr>
      </w:pPr>
      <w:r w:rsidRPr="008F3EEF">
        <w:lastRenderedPageBreak/>
        <w:t>Whispers</w:t>
      </w:r>
    </w:p>
    <w:p w14:paraId="119B7C7B" w14:textId="230BA1EC" w:rsidR="00AB5800" w:rsidRPr="008F3EEF" w:rsidRDefault="00AB5800" w:rsidP="00BB78C7">
      <w:pPr>
        <w:jc w:val="center"/>
        <w:rPr>
          <w:rFonts w:ascii="Arial" w:hAnsi="Arial" w:cs="Arial"/>
          <w:sz w:val="28"/>
          <w:szCs w:val="28"/>
        </w:rPr>
      </w:pPr>
    </w:p>
    <w:p w14:paraId="3F0AC446" w14:textId="357BC0CB" w:rsidR="00C87498" w:rsidRPr="008F3EEF" w:rsidRDefault="00E4046B">
      <w:pPr>
        <w:rPr>
          <w:rFonts w:ascii="Arial" w:hAnsi="Arial" w:cs="Arial"/>
          <w:sz w:val="28"/>
          <w:szCs w:val="28"/>
        </w:rPr>
      </w:pPr>
      <w:r w:rsidRPr="008F3EEF">
        <w:rPr>
          <w:rFonts w:ascii="Arial" w:hAnsi="Arial" w:cs="Arial"/>
          <w:noProof/>
          <w:sz w:val="28"/>
          <w:szCs w:val="28"/>
        </w:rPr>
        <w:drawing>
          <wp:anchor distT="0" distB="0" distL="114300" distR="114300" simplePos="0" relativeHeight="251661312" behindDoc="0" locked="0" layoutInCell="1" allowOverlap="1" wp14:anchorId="0F6A9F76" wp14:editId="5989E705">
            <wp:simplePos x="0" y="0"/>
            <wp:positionH relativeFrom="column">
              <wp:posOffset>1295400</wp:posOffset>
            </wp:positionH>
            <wp:positionV relativeFrom="paragraph">
              <wp:posOffset>448945</wp:posOffset>
            </wp:positionV>
            <wp:extent cx="2059305" cy="2584450"/>
            <wp:effectExtent l="0" t="0" r="0" b="6350"/>
            <wp:wrapSquare wrapText="bothSides"/>
            <wp:docPr id="1163177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77919" name="Picture 4"/>
                    <pic:cNvPicPr/>
                  </pic:nvPicPr>
                  <pic:blipFill>
                    <a:blip r:embed="rId12"/>
                    <a:stretch>
                      <a:fillRect/>
                    </a:stretch>
                  </pic:blipFill>
                  <pic:spPr>
                    <a:xfrm>
                      <a:off x="0" y="0"/>
                      <a:ext cx="2059305" cy="2584450"/>
                    </a:xfrm>
                    <a:prstGeom prst="rect">
                      <a:avLst/>
                    </a:prstGeom>
                  </pic:spPr>
                </pic:pic>
              </a:graphicData>
            </a:graphic>
            <wp14:sizeRelH relativeFrom="margin">
              <wp14:pctWidth>0</wp14:pctWidth>
            </wp14:sizeRelH>
            <wp14:sizeRelV relativeFrom="margin">
              <wp14:pctHeight>0</wp14:pctHeight>
            </wp14:sizeRelV>
          </wp:anchor>
        </w:drawing>
      </w:r>
      <w:r w:rsidR="007C4501" w:rsidRPr="008F3EEF">
        <w:rPr>
          <w:rFonts w:ascii="Arial" w:hAnsi="Arial" w:cs="Arial"/>
          <w:sz w:val="28"/>
          <w:szCs w:val="28"/>
        </w:rPr>
        <w:t>They watched from a wind-whipped hill: three figures cut from shadow and starlight.</w:t>
      </w:r>
    </w:p>
    <w:p w14:paraId="1B188CD8" w14:textId="77777777" w:rsidR="00C87498" w:rsidRPr="008F3EEF" w:rsidRDefault="007C4501">
      <w:pPr>
        <w:rPr>
          <w:rFonts w:ascii="Arial" w:hAnsi="Arial" w:cs="Arial"/>
          <w:sz w:val="28"/>
          <w:szCs w:val="28"/>
        </w:rPr>
      </w:pPr>
      <w:r w:rsidRPr="008F3EEF">
        <w:rPr>
          <w:rFonts w:ascii="Arial" w:hAnsi="Arial" w:cs="Arial"/>
          <w:sz w:val="28"/>
          <w:szCs w:val="28"/>
        </w:rPr>
        <w:t>Below, Karlštejn crouched under a bruised sky. Smoke curled from shattered towers. War drums rolled up the slopes like distant thunder. In the valley, men shouted and steel rang; arrows stitched the air; the fortress fought as if the world might end by morning.</w:t>
      </w:r>
    </w:p>
    <w:p w14:paraId="17E00506" w14:textId="77777777" w:rsidR="00C87498" w:rsidRPr="008F3EEF" w:rsidRDefault="007C4501">
      <w:pPr>
        <w:rPr>
          <w:rFonts w:ascii="Arial" w:hAnsi="Arial" w:cs="Arial"/>
          <w:sz w:val="28"/>
          <w:szCs w:val="28"/>
        </w:rPr>
      </w:pPr>
      <w:r w:rsidRPr="008F3EEF">
        <w:rPr>
          <w:rFonts w:ascii="Arial" w:hAnsi="Arial" w:cs="Arial"/>
          <w:sz w:val="28"/>
          <w:szCs w:val="28"/>
        </w:rPr>
        <w:t xml:space="preserve">For a long moment, none of the three </w:t>
      </w:r>
      <w:proofErr w:type="gramStart"/>
      <w:r w:rsidRPr="008F3EEF">
        <w:rPr>
          <w:rFonts w:ascii="Arial" w:hAnsi="Arial" w:cs="Arial"/>
          <w:sz w:val="28"/>
          <w:szCs w:val="28"/>
        </w:rPr>
        <w:t>spoke</w:t>
      </w:r>
      <w:proofErr w:type="gramEnd"/>
      <w:r w:rsidRPr="008F3EEF">
        <w:rPr>
          <w:rFonts w:ascii="Arial" w:hAnsi="Arial" w:cs="Arial"/>
          <w:sz w:val="28"/>
          <w:szCs w:val="28"/>
        </w:rPr>
        <w:t>.</w:t>
      </w:r>
    </w:p>
    <w:p w14:paraId="082D86C2" w14:textId="78A8B24D" w:rsidR="00C87498" w:rsidRPr="008F3EEF" w:rsidRDefault="007C4501">
      <w:pPr>
        <w:rPr>
          <w:rFonts w:ascii="Arial" w:hAnsi="Arial" w:cs="Arial"/>
          <w:sz w:val="28"/>
          <w:szCs w:val="28"/>
        </w:rPr>
      </w:pPr>
      <w:r w:rsidRPr="008F3EEF">
        <w:rPr>
          <w:rFonts w:ascii="Arial" w:hAnsi="Arial" w:cs="Arial"/>
          <w:sz w:val="28"/>
          <w:szCs w:val="28"/>
        </w:rPr>
        <w:t xml:space="preserve">Then the </w:t>
      </w:r>
      <w:r w:rsidR="00A9303D" w:rsidRPr="008F3EEF">
        <w:rPr>
          <w:rFonts w:ascii="Arial" w:hAnsi="Arial" w:cs="Arial"/>
          <w:sz w:val="28"/>
          <w:szCs w:val="28"/>
        </w:rPr>
        <w:t>leader</w:t>
      </w:r>
      <w:r w:rsidRPr="008F3EEF">
        <w:rPr>
          <w:rFonts w:ascii="Arial" w:hAnsi="Arial" w:cs="Arial"/>
          <w:sz w:val="28"/>
          <w:szCs w:val="28"/>
        </w:rPr>
        <w:t xml:space="preserve"> lifted a pale hand.</w:t>
      </w:r>
    </w:p>
    <w:p w14:paraId="55977034" w14:textId="77777777" w:rsidR="00C87498" w:rsidRPr="008F3EEF" w:rsidRDefault="007C4501">
      <w:pPr>
        <w:rPr>
          <w:rFonts w:ascii="Arial" w:hAnsi="Arial" w:cs="Arial"/>
          <w:sz w:val="28"/>
          <w:szCs w:val="28"/>
        </w:rPr>
      </w:pPr>
      <w:r w:rsidRPr="008F3EEF">
        <w:rPr>
          <w:rFonts w:ascii="Arial" w:hAnsi="Arial" w:cs="Arial"/>
          <w:sz w:val="28"/>
          <w:szCs w:val="28"/>
        </w:rPr>
        <w:lastRenderedPageBreak/>
        <w:t>Rozhanitsy.</w:t>
      </w:r>
    </w:p>
    <w:p w14:paraId="2DB86FC8" w14:textId="77777777" w:rsidR="00C87498" w:rsidRPr="008F3EEF" w:rsidRDefault="007C4501">
      <w:pPr>
        <w:rPr>
          <w:rFonts w:ascii="Arial" w:hAnsi="Arial" w:cs="Arial"/>
          <w:sz w:val="28"/>
          <w:szCs w:val="28"/>
        </w:rPr>
      </w:pPr>
      <w:r w:rsidRPr="008F3EEF">
        <w:rPr>
          <w:rFonts w:ascii="Arial" w:hAnsi="Arial" w:cs="Arial"/>
          <w:sz w:val="28"/>
          <w:szCs w:val="28"/>
        </w:rPr>
        <w:t>Her voice drifted down the hill like a bell in the dark. "Sisters... she has made us more."</w:t>
      </w:r>
    </w:p>
    <w:p w14:paraId="17A50CEC" w14:textId="77777777" w:rsidR="00C87498" w:rsidRPr="008F3EEF" w:rsidRDefault="007C4501">
      <w:pPr>
        <w:rPr>
          <w:rFonts w:ascii="Arial" w:hAnsi="Arial" w:cs="Arial"/>
          <w:sz w:val="28"/>
          <w:szCs w:val="28"/>
        </w:rPr>
      </w:pPr>
      <w:r w:rsidRPr="008F3EEF">
        <w:rPr>
          <w:rFonts w:ascii="Arial" w:hAnsi="Arial" w:cs="Arial"/>
          <w:sz w:val="28"/>
          <w:szCs w:val="28"/>
        </w:rPr>
        <w:t>Beside her, Sudenitsy and Narechnitsy answered together, a single chime. "Yes, Rozh."</w:t>
      </w:r>
    </w:p>
    <w:p w14:paraId="31ED753B" w14:textId="010780CE" w:rsidR="00C87498" w:rsidRPr="008F3EEF" w:rsidRDefault="007C4501">
      <w:pPr>
        <w:rPr>
          <w:rFonts w:ascii="Arial" w:hAnsi="Arial" w:cs="Arial"/>
          <w:sz w:val="28"/>
          <w:szCs w:val="28"/>
        </w:rPr>
      </w:pPr>
      <w:r w:rsidRPr="008F3EEF">
        <w:rPr>
          <w:rFonts w:ascii="Arial" w:hAnsi="Arial" w:cs="Arial"/>
          <w:sz w:val="28"/>
          <w:szCs w:val="28"/>
        </w:rPr>
        <w:t>Rozh's eyes</w:t>
      </w:r>
      <w:r w:rsidR="005B445E" w:rsidRPr="008F3EEF">
        <w:rPr>
          <w:rFonts w:ascii="Arial" w:hAnsi="Arial" w:cs="Arial"/>
          <w:sz w:val="28"/>
          <w:szCs w:val="28"/>
        </w:rPr>
        <w:t>,</w:t>
      </w:r>
      <w:r w:rsidRPr="008F3EEF">
        <w:rPr>
          <w:rFonts w:ascii="Arial" w:hAnsi="Arial" w:cs="Arial"/>
          <w:sz w:val="28"/>
          <w:szCs w:val="28"/>
        </w:rPr>
        <w:t xml:space="preserve"> molten </w:t>
      </w:r>
      <w:r w:rsidR="005B445E" w:rsidRPr="008F3EEF">
        <w:rPr>
          <w:rFonts w:ascii="Arial" w:hAnsi="Arial" w:cs="Arial"/>
          <w:sz w:val="28"/>
          <w:szCs w:val="28"/>
        </w:rPr>
        <w:t>gold,</w:t>
      </w:r>
      <w:r w:rsidRPr="008F3EEF">
        <w:rPr>
          <w:rFonts w:ascii="Arial" w:hAnsi="Arial" w:cs="Arial"/>
          <w:sz w:val="28"/>
          <w:szCs w:val="28"/>
        </w:rPr>
        <w:t xml:space="preserve"> fixed on the burning castle. "Our mistress has toyed with the destinies of men again. Now she wants the holy relic."</w:t>
      </w:r>
    </w:p>
    <w:p w14:paraId="7DB71473" w14:textId="77777777" w:rsidR="00C87498" w:rsidRPr="008F3EEF" w:rsidRDefault="007C4501">
      <w:pPr>
        <w:rPr>
          <w:rFonts w:ascii="Arial" w:hAnsi="Arial" w:cs="Arial"/>
          <w:sz w:val="28"/>
          <w:szCs w:val="28"/>
        </w:rPr>
      </w:pPr>
      <w:r w:rsidRPr="008F3EEF">
        <w:rPr>
          <w:rFonts w:ascii="Arial" w:hAnsi="Arial" w:cs="Arial"/>
          <w:sz w:val="28"/>
          <w:szCs w:val="28"/>
        </w:rPr>
        <w:t>"The cross," the other two murmured, as if the word itself tasted of power.</w:t>
      </w:r>
    </w:p>
    <w:p w14:paraId="73986C92" w14:textId="77777777" w:rsidR="00C87498" w:rsidRPr="008F3EEF" w:rsidRDefault="007C4501">
      <w:pPr>
        <w:rPr>
          <w:rFonts w:ascii="Arial" w:hAnsi="Arial" w:cs="Arial"/>
          <w:sz w:val="28"/>
          <w:szCs w:val="28"/>
        </w:rPr>
      </w:pPr>
      <w:r w:rsidRPr="008F3EEF">
        <w:rPr>
          <w:rFonts w:ascii="Arial" w:hAnsi="Arial" w:cs="Arial"/>
          <w:sz w:val="28"/>
          <w:szCs w:val="28"/>
        </w:rPr>
        <w:t>Rozh smiled, small and sharp. "A fragment of the True Cross lies here. The piece that matters."</w:t>
      </w:r>
    </w:p>
    <w:p w14:paraId="398A135A" w14:textId="77777777" w:rsidR="00C87498" w:rsidRPr="008F3EEF" w:rsidRDefault="007C4501">
      <w:pPr>
        <w:rPr>
          <w:rFonts w:ascii="Arial" w:hAnsi="Arial" w:cs="Arial"/>
          <w:sz w:val="28"/>
          <w:szCs w:val="28"/>
        </w:rPr>
      </w:pPr>
      <w:r w:rsidRPr="008F3EEF">
        <w:rPr>
          <w:rFonts w:ascii="Arial" w:hAnsi="Arial" w:cs="Arial"/>
          <w:sz w:val="28"/>
          <w:szCs w:val="28"/>
        </w:rPr>
        <w:t>Suden's fingers flexed, impatient. "Then take it."</w:t>
      </w:r>
    </w:p>
    <w:p w14:paraId="01153658" w14:textId="04E984D0" w:rsidR="00C87498" w:rsidRPr="008F3EEF" w:rsidRDefault="00B15828">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63360" behindDoc="0" locked="0" layoutInCell="1" allowOverlap="1" wp14:anchorId="0D98DFA1" wp14:editId="0179B37D">
            <wp:simplePos x="0" y="0"/>
            <wp:positionH relativeFrom="column">
              <wp:posOffset>0</wp:posOffset>
            </wp:positionH>
            <wp:positionV relativeFrom="paragraph">
              <wp:posOffset>0</wp:posOffset>
            </wp:positionV>
            <wp:extent cx="1240367" cy="1860550"/>
            <wp:effectExtent l="0" t="0" r="0" b="6350"/>
            <wp:wrapSquare wrapText="bothSides"/>
            <wp:docPr id="1311344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4423" name="Picture 131134423"/>
                    <pic:cNvPicPr/>
                  </pic:nvPicPr>
                  <pic:blipFill>
                    <a:blip r:embed="rId13"/>
                    <a:stretch>
                      <a:fillRect/>
                    </a:stretch>
                  </pic:blipFill>
                  <pic:spPr>
                    <a:xfrm>
                      <a:off x="0" y="0"/>
                      <a:ext cx="1240367" cy="1860550"/>
                    </a:xfrm>
                    <a:prstGeom prst="rect">
                      <a:avLst/>
                    </a:prstGeom>
                  </pic:spPr>
                </pic:pic>
              </a:graphicData>
            </a:graphic>
          </wp:anchor>
        </w:drawing>
      </w:r>
      <w:r w:rsidR="007C4501" w:rsidRPr="008F3EEF">
        <w:rPr>
          <w:rFonts w:ascii="Arial" w:hAnsi="Arial" w:cs="Arial"/>
          <w:sz w:val="28"/>
          <w:szCs w:val="28"/>
        </w:rPr>
        <w:t>"It is hidden," Rozh said. "Bound to this place. Protected." Her gaze narrowed. "But war opens doors. When the one-eyed general falls, fate will grant us a moment."</w:t>
      </w:r>
    </w:p>
    <w:p w14:paraId="25D28EDC" w14:textId="77777777" w:rsidR="00C87498" w:rsidRPr="008F3EEF" w:rsidRDefault="007C4501">
      <w:pPr>
        <w:rPr>
          <w:rFonts w:ascii="Arial" w:hAnsi="Arial" w:cs="Arial"/>
          <w:sz w:val="28"/>
          <w:szCs w:val="28"/>
        </w:rPr>
      </w:pPr>
      <w:r w:rsidRPr="008F3EEF">
        <w:rPr>
          <w:rFonts w:ascii="Arial" w:hAnsi="Arial" w:cs="Arial"/>
          <w:sz w:val="28"/>
          <w:szCs w:val="28"/>
        </w:rPr>
        <w:t>Nare's mouth tightened. "Veles won't sit still."</w:t>
      </w:r>
    </w:p>
    <w:p w14:paraId="19BF4CF1" w14:textId="77777777" w:rsidR="00C87498" w:rsidRPr="008F3EEF" w:rsidRDefault="007C4501">
      <w:pPr>
        <w:rPr>
          <w:rFonts w:ascii="Arial" w:hAnsi="Arial" w:cs="Arial"/>
          <w:sz w:val="28"/>
          <w:szCs w:val="28"/>
        </w:rPr>
      </w:pPr>
      <w:r w:rsidRPr="008F3EEF">
        <w:rPr>
          <w:rFonts w:ascii="Arial" w:hAnsi="Arial" w:cs="Arial"/>
          <w:sz w:val="28"/>
          <w:szCs w:val="28"/>
        </w:rPr>
        <w:t>"Of course he won't." Rozh's smile didn't reach her eyes. "He schemes. He keeps his hound close. We will draw him away, scatter his attention, and step into the dark between heartbeats."</w:t>
      </w:r>
    </w:p>
    <w:p w14:paraId="5AF76F4F" w14:textId="77777777" w:rsidR="00C87498" w:rsidRPr="008F3EEF" w:rsidRDefault="007C4501">
      <w:pPr>
        <w:rPr>
          <w:rFonts w:ascii="Arial" w:hAnsi="Arial" w:cs="Arial"/>
          <w:sz w:val="28"/>
          <w:szCs w:val="28"/>
        </w:rPr>
      </w:pPr>
      <w:r w:rsidRPr="008F3EEF">
        <w:rPr>
          <w:rFonts w:ascii="Arial" w:hAnsi="Arial" w:cs="Arial"/>
          <w:sz w:val="28"/>
          <w:szCs w:val="28"/>
        </w:rPr>
        <w:t>Suden gave a pleased little sniff. "Death and distraction. That I can do."</w:t>
      </w:r>
    </w:p>
    <w:p w14:paraId="61762345" w14:textId="77777777" w:rsidR="00C87498" w:rsidRPr="008F3EEF" w:rsidRDefault="007C4501">
      <w:pPr>
        <w:rPr>
          <w:rFonts w:ascii="Arial" w:hAnsi="Arial" w:cs="Arial"/>
          <w:sz w:val="28"/>
          <w:szCs w:val="28"/>
        </w:rPr>
      </w:pPr>
      <w:r w:rsidRPr="008F3EEF">
        <w:rPr>
          <w:rFonts w:ascii="Arial" w:hAnsi="Arial" w:cs="Arial"/>
          <w:sz w:val="28"/>
          <w:szCs w:val="28"/>
        </w:rPr>
        <w:t>Below, the castle hissed and cracked like old parchment.</w:t>
      </w:r>
    </w:p>
    <w:p w14:paraId="0C33F013" w14:textId="3E2F1810" w:rsidR="00C87498" w:rsidRPr="008F3EEF" w:rsidRDefault="007C4501">
      <w:pPr>
        <w:rPr>
          <w:rFonts w:ascii="Arial" w:hAnsi="Arial" w:cs="Arial"/>
          <w:sz w:val="28"/>
          <w:szCs w:val="28"/>
        </w:rPr>
      </w:pPr>
      <w:r w:rsidRPr="008F3EEF">
        <w:rPr>
          <w:rFonts w:ascii="Arial" w:hAnsi="Arial" w:cs="Arial"/>
          <w:sz w:val="28"/>
          <w:szCs w:val="28"/>
        </w:rPr>
        <w:lastRenderedPageBreak/>
        <w:t>Nare's worry slipped out. "And the girl?"</w:t>
      </w:r>
    </w:p>
    <w:p w14:paraId="3F8DD2DB" w14:textId="77777777" w:rsidR="00C87498" w:rsidRPr="008F3EEF" w:rsidRDefault="007C4501">
      <w:pPr>
        <w:rPr>
          <w:rFonts w:ascii="Arial" w:hAnsi="Arial" w:cs="Arial"/>
          <w:sz w:val="28"/>
          <w:szCs w:val="28"/>
        </w:rPr>
      </w:pPr>
      <w:r w:rsidRPr="008F3EEF">
        <w:rPr>
          <w:rFonts w:ascii="Arial" w:hAnsi="Arial" w:cs="Arial"/>
          <w:sz w:val="28"/>
          <w:szCs w:val="28"/>
        </w:rPr>
        <w:t>Suden whipped around. "What girl?"</w:t>
      </w:r>
    </w:p>
    <w:p w14:paraId="3EDF001D" w14:textId="215C33B9" w:rsidR="00C87498" w:rsidRPr="008F3EEF" w:rsidRDefault="007C4501">
      <w:pPr>
        <w:rPr>
          <w:rFonts w:ascii="Arial" w:hAnsi="Arial" w:cs="Arial"/>
          <w:sz w:val="28"/>
          <w:szCs w:val="28"/>
        </w:rPr>
      </w:pPr>
      <w:r w:rsidRPr="008F3EEF">
        <w:rPr>
          <w:rFonts w:ascii="Arial" w:hAnsi="Arial" w:cs="Arial"/>
          <w:sz w:val="28"/>
          <w:szCs w:val="28"/>
        </w:rPr>
        <w:t>"The Nexus," Nare said, folding her arms. Childlike and fierce all at once. "The one with the dawn-</w:t>
      </w:r>
      <w:r w:rsidR="005B445E" w:rsidRPr="008F3EEF">
        <w:rPr>
          <w:rFonts w:ascii="Arial" w:hAnsi="Arial" w:cs="Arial"/>
          <w:sz w:val="28"/>
          <w:szCs w:val="28"/>
        </w:rPr>
        <w:t>sword</w:t>
      </w:r>
      <w:r w:rsidRPr="008F3EEF">
        <w:rPr>
          <w:rFonts w:ascii="Arial" w:hAnsi="Arial" w:cs="Arial"/>
          <w:sz w:val="28"/>
          <w:szCs w:val="28"/>
        </w:rPr>
        <w:t>. If she joins hilt to blade..."</w:t>
      </w:r>
    </w:p>
    <w:p w14:paraId="0C14293D" w14:textId="0784A86E" w:rsidR="00C87498" w:rsidRPr="008F3EEF" w:rsidRDefault="007C4501">
      <w:pPr>
        <w:rPr>
          <w:rFonts w:ascii="Arial" w:hAnsi="Arial" w:cs="Arial"/>
          <w:sz w:val="28"/>
          <w:szCs w:val="28"/>
        </w:rPr>
      </w:pPr>
      <w:r w:rsidRPr="008F3EEF">
        <w:rPr>
          <w:rFonts w:ascii="Arial" w:hAnsi="Arial" w:cs="Arial"/>
          <w:sz w:val="28"/>
          <w:szCs w:val="28"/>
        </w:rPr>
        <w:t>Rozh's fingers tightened around a thread of wind. "The blade is not whole. Without its missing piece it is only a fiery weapon."</w:t>
      </w:r>
    </w:p>
    <w:p w14:paraId="7C7EAE52" w14:textId="716C38FB" w:rsidR="00C87498" w:rsidRPr="008F3EEF" w:rsidRDefault="007C4501">
      <w:pPr>
        <w:rPr>
          <w:rFonts w:ascii="Arial" w:hAnsi="Arial" w:cs="Arial"/>
          <w:sz w:val="28"/>
          <w:szCs w:val="28"/>
        </w:rPr>
      </w:pPr>
      <w:r w:rsidRPr="008F3EEF">
        <w:rPr>
          <w:rFonts w:ascii="Arial" w:hAnsi="Arial" w:cs="Arial"/>
          <w:sz w:val="28"/>
          <w:szCs w:val="28"/>
        </w:rPr>
        <w:t>"</w:t>
      </w:r>
      <w:r w:rsidR="005B445E" w:rsidRPr="008F3EEF">
        <w:rPr>
          <w:rFonts w:ascii="Arial" w:hAnsi="Arial" w:cs="Arial"/>
          <w:sz w:val="28"/>
          <w:szCs w:val="28"/>
        </w:rPr>
        <w:t>And t</w:t>
      </w:r>
      <w:r w:rsidRPr="008F3EEF">
        <w:rPr>
          <w:rFonts w:ascii="Arial" w:hAnsi="Arial" w:cs="Arial"/>
          <w:sz w:val="28"/>
          <w:szCs w:val="28"/>
        </w:rPr>
        <w:t>h</w:t>
      </w:r>
      <w:r w:rsidR="005B445E" w:rsidRPr="008F3EEF">
        <w:rPr>
          <w:rFonts w:ascii="Arial" w:hAnsi="Arial" w:cs="Arial"/>
          <w:sz w:val="28"/>
          <w:szCs w:val="28"/>
        </w:rPr>
        <w:t>at</w:t>
      </w:r>
      <w:r w:rsidRPr="008F3EEF">
        <w:rPr>
          <w:rFonts w:ascii="Arial" w:hAnsi="Arial" w:cs="Arial"/>
          <w:sz w:val="28"/>
          <w:szCs w:val="28"/>
        </w:rPr>
        <w:t xml:space="preserve"> missing piece is lost to time," Suden agreed.</w:t>
      </w:r>
    </w:p>
    <w:p w14:paraId="22F28397" w14:textId="6B97222F" w:rsidR="00C87498" w:rsidRPr="008F3EEF" w:rsidRDefault="007C4501">
      <w:pPr>
        <w:rPr>
          <w:rFonts w:ascii="Arial" w:hAnsi="Arial" w:cs="Arial"/>
          <w:sz w:val="28"/>
          <w:szCs w:val="28"/>
        </w:rPr>
      </w:pPr>
      <w:r w:rsidRPr="008F3EEF">
        <w:rPr>
          <w:rFonts w:ascii="Arial" w:hAnsi="Arial" w:cs="Arial"/>
          <w:sz w:val="28"/>
          <w:szCs w:val="28"/>
        </w:rPr>
        <w:t>"Are you certain?" Nare pressed. "Even a sliver of that power</w:t>
      </w:r>
      <w:r w:rsidR="005B445E" w:rsidRPr="008F3EEF">
        <w:rPr>
          <w:rFonts w:ascii="Arial" w:hAnsi="Arial" w:cs="Arial"/>
          <w:sz w:val="28"/>
          <w:szCs w:val="28"/>
        </w:rPr>
        <w:t>…</w:t>
      </w:r>
      <w:r w:rsidRPr="008F3EEF">
        <w:rPr>
          <w:rFonts w:ascii="Arial" w:hAnsi="Arial" w:cs="Arial"/>
          <w:sz w:val="28"/>
          <w:szCs w:val="28"/>
        </w:rPr>
        <w:t>"</w:t>
      </w:r>
    </w:p>
    <w:p w14:paraId="4CAEFED0" w14:textId="69390B35" w:rsidR="00C87498" w:rsidRPr="008F3EEF" w:rsidRDefault="00B15828">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64384" behindDoc="0" locked="0" layoutInCell="1" allowOverlap="1" wp14:anchorId="4276046B" wp14:editId="2D85F8A8">
            <wp:simplePos x="0" y="0"/>
            <wp:positionH relativeFrom="margin">
              <wp:align>right</wp:align>
            </wp:positionH>
            <wp:positionV relativeFrom="paragraph">
              <wp:posOffset>219075</wp:posOffset>
            </wp:positionV>
            <wp:extent cx="1294765" cy="1943100"/>
            <wp:effectExtent l="0" t="0" r="635" b="0"/>
            <wp:wrapSquare wrapText="bothSides"/>
            <wp:docPr id="581613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13557" name="Picture 581613557"/>
                    <pic:cNvPicPr/>
                  </pic:nvPicPr>
                  <pic:blipFill>
                    <a:blip r:embed="rId14"/>
                    <a:stretch>
                      <a:fillRect/>
                    </a:stretch>
                  </pic:blipFill>
                  <pic:spPr>
                    <a:xfrm>
                      <a:off x="0" y="0"/>
                      <a:ext cx="1294765" cy="1943100"/>
                    </a:xfrm>
                    <a:prstGeom prst="rect">
                      <a:avLst/>
                    </a:prstGeom>
                  </pic:spPr>
                </pic:pic>
              </a:graphicData>
            </a:graphic>
            <wp14:sizeRelH relativeFrom="margin">
              <wp14:pctWidth>0</wp14:pctWidth>
            </wp14:sizeRelH>
            <wp14:sizeRelV relativeFrom="margin">
              <wp14:pctHeight>0</wp14:pctHeight>
            </wp14:sizeRelV>
          </wp:anchor>
        </w:drawing>
      </w:r>
      <w:r w:rsidR="007C4501" w:rsidRPr="008F3EEF">
        <w:rPr>
          <w:rFonts w:ascii="Arial" w:hAnsi="Arial" w:cs="Arial"/>
          <w:sz w:val="28"/>
          <w:szCs w:val="28"/>
        </w:rPr>
        <w:t xml:space="preserve">"We will keep them watching the wrong shadows," Rozh said softly. </w:t>
      </w:r>
      <w:r w:rsidR="005B445E" w:rsidRPr="008F3EEF">
        <w:rPr>
          <w:rFonts w:ascii="Arial" w:hAnsi="Arial" w:cs="Arial"/>
          <w:sz w:val="28"/>
          <w:szCs w:val="28"/>
        </w:rPr>
        <w:t>But t</w:t>
      </w:r>
      <w:r w:rsidR="007C4501" w:rsidRPr="008F3EEF">
        <w:rPr>
          <w:rFonts w:ascii="Arial" w:hAnsi="Arial" w:cs="Arial"/>
          <w:sz w:val="28"/>
          <w:szCs w:val="28"/>
        </w:rPr>
        <w:t>here was ice in it. "Then we will end them."</w:t>
      </w:r>
    </w:p>
    <w:p w14:paraId="70724BEC" w14:textId="1E4B47E4" w:rsidR="00C87498" w:rsidRPr="008F3EEF" w:rsidRDefault="007C4501">
      <w:pPr>
        <w:rPr>
          <w:rFonts w:ascii="Arial" w:hAnsi="Arial" w:cs="Arial"/>
          <w:sz w:val="28"/>
          <w:szCs w:val="28"/>
        </w:rPr>
      </w:pPr>
      <w:r w:rsidRPr="008F3EEF">
        <w:rPr>
          <w:rFonts w:ascii="Arial" w:hAnsi="Arial" w:cs="Arial"/>
          <w:sz w:val="28"/>
          <w:szCs w:val="28"/>
        </w:rPr>
        <w:t>Nare's eyes flicked to Rozh, then away. "</w:t>
      </w:r>
      <w:r w:rsidR="005B445E" w:rsidRPr="008F3EEF">
        <w:rPr>
          <w:rFonts w:ascii="Arial" w:hAnsi="Arial" w:cs="Arial"/>
          <w:sz w:val="28"/>
          <w:szCs w:val="28"/>
        </w:rPr>
        <w:t xml:space="preserve">And I sense another. </w:t>
      </w:r>
      <w:r w:rsidRPr="008F3EEF">
        <w:rPr>
          <w:rFonts w:ascii="Arial" w:hAnsi="Arial" w:cs="Arial"/>
          <w:sz w:val="28"/>
          <w:szCs w:val="28"/>
        </w:rPr>
        <w:t>"</w:t>
      </w:r>
      <w:r w:rsidR="005B445E" w:rsidRPr="008F3EEF">
        <w:rPr>
          <w:rFonts w:ascii="Arial" w:hAnsi="Arial" w:cs="Arial"/>
          <w:sz w:val="28"/>
          <w:szCs w:val="28"/>
        </w:rPr>
        <w:br/>
        <w:t>“Two little girls?” Suden scoffed.</w:t>
      </w:r>
    </w:p>
    <w:p w14:paraId="6BD79F2F" w14:textId="77777777" w:rsidR="00C87498" w:rsidRPr="008F3EEF" w:rsidRDefault="007C4501">
      <w:pPr>
        <w:rPr>
          <w:rFonts w:ascii="Arial" w:hAnsi="Arial" w:cs="Arial"/>
          <w:sz w:val="28"/>
          <w:szCs w:val="28"/>
        </w:rPr>
      </w:pPr>
      <w:r w:rsidRPr="008F3EEF">
        <w:rPr>
          <w:rFonts w:ascii="Arial" w:hAnsi="Arial" w:cs="Arial"/>
          <w:sz w:val="28"/>
          <w:szCs w:val="28"/>
        </w:rPr>
        <w:t xml:space="preserve">Rozh's voice went hard. "It is </w:t>
      </w:r>
      <w:r w:rsidRPr="008F3EEF">
        <w:rPr>
          <w:rFonts w:ascii="Arial" w:hAnsi="Arial" w:cs="Arial"/>
          <w:i/>
          <w:iCs/>
          <w:sz w:val="28"/>
          <w:szCs w:val="28"/>
        </w:rPr>
        <w:t>her</w:t>
      </w:r>
      <w:r w:rsidRPr="008F3EEF">
        <w:rPr>
          <w:rFonts w:ascii="Arial" w:hAnsi="Arial" w:cs="Arial"/>
          <w:sz w:val="28"/>
          <w:szCs w:val="28"/>
        </w:rPr>
        <w:t xml:space="preserve"> plan. Would you question our mistress?"</w:t>
      </w:r>
    </w:p>
    <w:p w14:paraId="4A02B10E" w14:textId="77777777" w:rsidR="00C87498" w:rsidRPr="008F3EEF" w:rsidRDefault="007C4501">
      <w:pPr>
        <w:rPr>
          <w:rFonts w:ascii="Arial" w:hAnsi="Arial" w:cs="Arial"/>
          <w:sz w:val="28"/>
          <w:szCs w:val="28"/>
        </w:rPr>
      </w:pPr>
      <w:r w:rsidRPr="008F3EEF">
        <w:rPr>
          <w:rFonts w:ascii="Arial" w:hAnsi="Arial" w:cs="Arial"/>
          <w:sz w:val="28"/>
          <w:szCs w:val="28"/>
        </w:rPr>
        <w:t>Silence fell, heavy as a chain.</w:t>
      </w:r>
    </w:p>
    <w:p w14:paraId="644F3DFA" w14:textId="5EC7D63F" w:rsidR="00C87498" w:rsidRPr="008F3EEF" w:rsidRDefault="007C4501">
      <w:pPr>
        <w:rPr>
          <w:rFonts w:ascii="Arial" w:hAnsi="Arial" w:cs="Arial"/>
          <w:sz w:val="28"/>
          <w:szCs w:val="28"/>
        </w:rPr>
      </w:pPr>
      <w:r w:rsidRPr="008F3EEF">
        <w:rPr>
          <w:rFonts w:ascii="Arial" w:hAnsi="Arial" w:cs="Arial"/>
          <w:sz w:val="28"/>
          <w:szCs w:val="28"/>
        </w:rPr>
        <w:t>Once, long ago, they had lived in Iriy</w:t>
      </w:r>
      <w:r w:rsidR="005B445E" w:rsidRPr="008F3EEF">
        <w:rPr>
          <w:rFonts w:ascii="Arial" w:hAnsi="Arial" w:cs="Arial"/>
          <w:sz w:val="28"/>
          <w:szCs w:val="28"/>
        </w:rPr>
        <w:t>,</w:t>
      </w:r>
      <w:r w:rsidRPr="008F3EEF">
        <w:rPr>
          <w:rFonts w:ascii="Arial" w:hAnsi="Arial" w:cs="Arial"/>
          <w:sz w:val="28"/>
          <w:szCs w:val="28"/>
        </w:rPr>
        <w:t xml:space="preserve"> a bright garden where fallen gods rested. Then their mistress had pulled them out, twisted them, </w:t>
      </w:r>
      <w:r w:rsidR="00CF4EC9">
        <w:rPr>
          <w:rFonts w:ascii="Arial" w:hAnsi="Arial" w:cs="Arial"/>
          <w:noProof/>
          <w:sz w:val="28"/>
          <w:szCs w:val="28"/>
        </w:rPr>
        <w:lastRenderedPageBreak/>
        <w:drawing>
          <wp:anchor distT="0" distB="0" distL="114300" distR="114300" simplePos="0" relativeHeight="251665408" behindDoc="0" locked="0" layoutInCell="1" allowOverlap="1" wp14:anchorId="056596E6" wp14:editId="7541F003">
            <wp:simplePos x="0" y="0"/>
            <wp:positionH relativeFrom="margin">
              <wp:posOffset>-82550</wp:posOffset>
            </wp:positionH>
            <wp:positionV relativeFrom="paragraph">
              <wp:posOffset>0</wp:posOffset>
            </wp:positionV>
            <wp:extent cx="1358900" cy="2038350"/>
            <wp:effectExtent l="0" t="0" r="0" b="0"/>
            <wp:wrapSquare wrapText="bothSides"/>
            <wp:docPr id="1458330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30468" name="Picture 1458330468"/>
                    <pic:cNvPicPr/>
                  </pic:nvPicPr>
                  <pic:blipFill>
                    <a:blip r:embed="rId15"/>
                    <a:stretch>
                      <a:fillRect/>
                    </a:stretch>
                  </pic:blipFill>
                  <pic:spPr>
                    <a:xfrm>
                      <a:off x="0" y="0"/>
                      <a:ext cx="1358900" cy="2038350"/>
                    </a:xfrm>
                    <a:prstGeom prst="rect">
                      <a:avLst/>
                    </a:prstGeom>
                  </pic:spPr>
                </pic:pic>
              </a:graphicData>
            </a:graphic>
            <wp14:sizeRelH relativeFrom="margin">
              <wp14:pctWidth>0</wp14:pctWidth>
            </wp14:sizeRelH>
            <wp14:sizeRelV relativeFrom="margin">
              <wp14:pctHeight>0</wp14:pctHeight>
            </wp14:sizeRelV>
          </wp:anchor>
        </w:drawing>
      </w:r>
      <w:r w:rsidRPr="008F3EEF">
        <w:rPr>
          <w:rFonts w:ascii="Arial" w:hAnsi="Arial" w:cs="Arial"/>
          <w:sz w:val="28"/>
          <w:szCs w:val="28"/>
        </w:rPr>
        <w:t>fed them power... and bound them.</w:t>
      </w:r>
    </w:p>
    <w:p w14:paraId="4F097C22" w14:textId="709CFA12" w:rsidR="00C87498" w:rsidRPr="008F3EEF" w:rsidRDefault="007C4501">
      <w:pPr>
        <w:rPr>
          <w:rFonts w:ascii="Arial" w:hAnsi="Arial" w:cs="Arial"/>
          <w:sz w:val="28"/>
          <w:szCs w:val="28"/>
        </w:rPr>
      </w:pPr>
      <w:r w:rsidRPr="008F3EEF">
        <w:rPr>
          <w:rFonts w:ascii="Arial" w:hAnsi="Arial" w:cs="Arial"/>
          <w:sz w:val="28"/>
          <w:szCs w:val="28"/>
        </w:rPr>
        <w:t xml:space="preserve">Suden broke the silence with a snort. "Two little girls. One old god. One cursed mutt. Once we have the relic, we </w:t>
      </w:r>
      <w:r w:rsidR="005B445E" w:rsidRPr="008F3EEF">
        <w:rPr>
          <w:rFonts w:ascii="Arial" w:hAnsi="Arial" w:cs="Arial"/>
          <w:sz w:val="28"/>
          <w:szCs w:val="28"/>
        </w:rPr>
        <w:t xml:space="preserve">will </w:t>
      </w:r>
      <w:r w:rsidRPr="008F3EEF">
        <w:rPr>
          <w:rFonts w:ascii="Arial" w:hAnsi="Arial" w:cs="Arial"/>
          <w:sz w:val="28"/>
          <w:szCs w:val="28"/>
        </w:rPr>
        <w:t>snuff them out."</w:t>
      </w:r>
    </w:p>
    <w:p w14:paraId="39EBF5CD" w14:textId="77777777" w:rsidR="00C87498" w:rsidRPr="008F3EEF" w:rsidRDefault="007C4501">
      <w:pPr>
        <w:rPr>
          <w:rFonts w:ascii="Arial" w:hAnsi="Arial" w:cs="Arial"/>
          <w:sz w:val="28"/>
          <w:szCs w:val="28"/>
        </w:rPr>
      </w:pPr>
      <w:r w:rsidRPr="008F3EEF">
        <w:rPr>
          <w:rFonts w:ascii="Arial" w:hAnsi="Arial" w:cs="Arial"/>
          <w:sz w:val="28"/>
          <w:szCs w:val="28"/>
        </w:rPr>
        <w:t>Nare's gaze stayed on the siege. "Time bends. And when you bend it, it bends back."</w:t>
      </w:r>
    </w:p>
    <w:p w14:paraId="2C417DF5" w14:textId="1ED1A70F" w:rsidR="00C87498" w:rsidRPr="008F3EEF" w:rsidRDefault="007C4501">
      <w:pPr>
        <w:rPr>
          <w:rFonts w:ascii="Arial" w:hAnsi="Arial" w:cs="Arial"/>
          <w:sz w:val="28"/>
          <w:szCs w:val="28"/>
        </w:rPr>
      </w:pPr>
      <w:r w:rsidRPr="008F3EEF">
        <w:rPr>
          <w:rFonts w:ascii="Arial" w:hAnsi="Arial" w:cs="Arial"/>
          <w:sz w:val="28"/>
          <w:szCs w:val="28"/>
        </w:rPr>
        <w:t xml:space="preserve">"Yes, yes," Suden snapped, annoyed by </w:t>
      </w:r>
      <w:r w:rsidR="005B445E" w:rsidRPr="008F3EEF">
        <w:rPr>
          <w:rFonts w:ascii="Arial" w:hAnsi="Arial" w:cs="Arial"/>
          <w:sz w:val="28"/>
          <w:szCs w:val="28"/>
        </w:rPr>
        <w:t xml:space="preserve">her sister’s </w:t>
      </w:r>
      <w:r w:rsidRPr="008F3EEF">
        <w:rPr>
          <w:rFonts w:ascii="Arial" w:hAnsi="Arial" w:cs="Arial"/>
          <w:sz w:val="28"/>
          <w:szCs w:val="28"/>
        </w:rPr>
        <w:t>doubt. "Save the warnings."</w:t>
      </w:r>
    </w:p>
    <w:p w14:paraId="6789FA97" w14:textId="77777777" w:rsidR="00C87498" w:rsidRPr="008F3EEF" w:rsidRDefault="007C4501">
      <w:pPr>
        <w:rPr>
          <w:rFonts w:ascii="Arial" w:hAnsi="Arial" w:cs="Arial"/>
          <w:sz w:val="28"/>
          <w:szCs w:val="28"/>
        </w:rPr>
      </w:pPr>
      <w:r w:rsidRPr="008F3EEF">
        <w:rPr>
          <w:rFonts w:ascii="Arial" w:hAnsi="Arial" w:cs="Arial"/>
          <w:sz w:val="28"/>
          <w:szCs w:val="28"/>
        </w:rPr>
        <w:t>Rozh straightened, regal and severe. "We will succeed. In the name of our mistress."</w:t>
      </w:r>
    </w:p>
    <w:p w14:paraId="335F63D9" w14:textId="77777777" w:rsidR="00C87498" w:rsidRPr="008F3EEF" w:rsidRDefault="007C4501">
      <w:pPr>
        <w:rPr>
          <w:rFonts w:ascii="Arial" w:hAnsi="Arial" w:cs="Arial"/>
          <w:sz w:val="28"/>
          <w:szCs w:val="28"/>
        </w:rPr>
      </w:pPr>
      <w:r w:rsidRPr="008F3EEF">
        <w:rPr>
          <w:rFonts w:ascii="Arial" w:hAnsi="Arial" w:cs="Arial"/>
          <w:sz w:val="28"/>
          <w:szCs w:val="28"/>
        </w:rPr>
        <w:t>"In the name of our mistress," Suden intoned.</w:t>
      </w:r>
    </w:p>
    <w:p w14:paraId="6D86525F" w14:textId="77777777" w:rsidR="00C87498" w:rsidRPr="008F3EEF" w:rsidRDefault="007C4501">
      <w:pPr>
        <w:rPr>
          <w:rFonts w:ascii="Arial" w:hAnsi="Arial" w:cs="Arial"/>
          <w:sz w:val="28"/>
          <w:szCs w:val="28"/>
        </w:rPr>
      </w:pPr>
      <w:r w:rsidRPr="008F3EEF">
        <w:rPr>
          <w:rFonts w:ascii="Arial" w:hAnsi="Arial" w:cs="Arial"/>
          <w:sz w:val="28"/>
          <w:szCs w:val="28"/>
        </w:rPr>
        <w:lastRenderedPageBreak/>
        <w:t>"In the name of our mistress," Nare echoed, grudging.</w:t>
      </w:r>
    </w:p>
    <w:p w14:paraId="5512FED8" w14:textId="77777777" w:rsidR="00C87498" w:rsidRPr="008F3EEF" w:rsidRDefault="007C4501">
      <w:pPr>
        <w:rPr>
          <w:rFonts w:ascii="Arial" w:hAnsi="Arial" w:cs="Arial"/>
          <w:sz w:val="28"/>
          <w:szCs w:val="28"/>
        </w:rPr>
      </w:pPr>
      <w:r w:rsidRPr="008F3EEF">
        <w:rPr>
          <w:rFonts w:ascii="Arial" w:hAnsi="Arial" w:cs="Arial"/>
          <w:sz w:val="28"/>
          <w:szCs w:val="28"/>
        </w:rPr>
        <w:t>Suden stamped her foot. A purple spark spat into the night and shot down toward the castle like a cruel comet.</w:t>
      </w:r>
    </w:p>
    <w:p w14:paraId="54C799E1" w14:textId="40727E19" w:rsidR="00C87498" w:rsidRPr="008F3EEF" w:rsidRDefault="007C4501">
      <w:pPr>
        <w:rPr>
          <w:rFonts w:ascii="Arial" w:hAnsi="Arial" w:cs="Arial"/>
          <w:sz w:val="28"/>
          <w:szCs w:val="28"/>
        </w:rPr>
      </w:pPr>
      <w:r w:rsidRPr="008F3EEF">
        <w:rPr>
          <w:rFonts w:ascii="Arial" w:hAnsi="Arial" w:cs="Arial"/>
          <w:sz w:val="28"/>
          <w:szCs w:val="28"/>
        </w:rPr>
        <w:t xml:space="preserve">"The general will fall shortly," Suden said, watching it </w:t>
      </w:r>
      <w:proofErr w:type="gramStart"/>
      <w:r w:rsidRPr="008F3EEF">
        <w:rPr>
          <w:rFonts w:ascii="Arial" w:hAnsi="Arial" w:cs="Arial"/>
          <w:sz w:val="28"/>
          <w:szCs w:val="28"/>
        </w:rPr>
        <w:t>fly</w:t>
      </w:r>
      <w:proofErr w:type="gramEnd"/>
      <w:r w:rsidRPr="008F3EEF">
        <w:rPr>
          <w:rFonts w:ascii="Arial" w:hAnsi="Arial" w:cs="Arial"/>
          <w:sz w:val="28"/>
          <w:szCs w:val="28"/>
        </w:rPr>
        <w:t>. Her hand unfurled, and an evil whip of crackling purple-black magic coiled into existence. "And when Veles tries to stop us...."</w:t>
      </w:r>
    </w:p>
    <w:p w14:paraId="1131FCFC" w14:textId="71252B32" w:rsidR="00C87498" w:rsidRPr="008F3EEF" w:rsidRDefault="007C4501" w:rsidP="008C6A6C">
      <w:pPr>
        <w:rPr>
          <w:rFonts w:ascii="Arial" w:hAnsi="Arial" w:cs="Arial"/>
          <w:sz w:val="28"/>
          <w:szCs w:val="28"/>
        </w:rPr>
      </w:pPr>
      <w:r w:rsidRPr="008F3EEF">
        <w:rPr>
          <w:rFonts w:ascii="Arial" w:hAnsi="Arial" w:cs="Arial"/>
          <w:sz w:val="28"/>
          <w:szCs w:val="28"/>
        </w:rPr>
        <w:t>The three sisters turned as one. Their cloaks trailed like smoke as they drifted down the hill, quiet as mist.</w:t>
      </w:r>
    </w:p>
    <w:sectPr w:rsidR="00C87498" w:rsidRPr="008F3EEF" w:rsidSect="00CF4EC9">
      <w:pgSz w:w="7920" w:h="12240" w:code="6"/>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32616579">
    <w:abstractNumId w:val="8"/>
  </w:num>
  <w:num w:numId="2" w16cid:durableId="1591888263">
    <w:abstractNumId w:val="6"/>
  </w:num>
  <w:num w:numId="3" w16cid:durableId="484904355">
    <w:abstractNumId w:val="5"/>
  </w:num>
  <w:num w:numId="4" w16cid:durableId="1444035700">
    <w:abstractNumId w:val="4"/>
  </w:num>
  <w:num w:numId="5" w16cid:durableId="373583284">
    <w:abstractNumId w:val="7"/>
  </w:num>
  <w:num w:numId="6" w16cid:durableId="1557202413">
    <w:abstractNumId w:val="3"/>
  </w:num>
  <w:num w:numId="7" w16cid:durableId="1601794207">
    <w:abstractNumId w:val="2"/>
  </w:num>
  <w:num w:numId="8" w16cid:durableId="663050502">
    <w:abstractNumId w:val="1"/>
  </w:num>
  <w:num w:numId="9" w16cid:durableId="194004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2E47"/>
    <w:rsid w:val="00034616"/>
    <w:rsid w:val="00037EE7"/>
    <w:rsid w:val="0006063C"/>
    <w:rsid w:val="00091309"/>
    <w:rsid w:val="00091411"/>
    <w:rsid w:val="0015074B"/>
    <w:rsid w:val="00176426"/>
    <w:rsid w:val="001B3781"/>
    <w:rsid w:val="001E4776"/>
    <w:rsid w:val="002324D0"/>
    <w:rsid w:val="002444BC"/>
    <w:rsid w:val="00246600"/>
    <w:rsid w:val="00247298"/>
    <w:rsid w:val="00266540"/>
    <w:rsid w:val="0029639D"/>
    <w:rsid w:val="002D5A24"/>
    <w:rsid w:val="002E09AF"/>
    <w:rsid w:val="00301818"/>
    <w:rsid w:val="00326F90"/>
    <w:rsid w:val="00350E6B"/>
    <w:rsid w:val="00355FC6"/>
    <w:rsid w:val="0035776E"/>
    <w:rsid w:val="0037053C"/>
    <w:rsid w:val="00394BA4"/>
    <w:rsid w:val="003A3CAC"/>
    <w:rsid w:val="003E626B"/>
    <w:rsid w:val="003F4278"/>
    <w:rsid w:val="00453559"/>
    <w:rsid w:val="00514CA4"/>
    <w:rsid w:val="00526031"/>
    <w:rsid w:val="005839A5"/>
    <w:rsid w:val="005B2CEC"/>
    <w:rsid w:val="005B445E"/>
    <w:rsid w:val="005E586C"/>
    <w:rsid w:val="006E7118"/>
    <w:rsid w:val="00725BB0"/>
    <w:rsid w:val="007436EF"/>
    <w:rsid w:val="00745D82"/>
    <w:rsid w:val="007772A3"/>
    <w:rsid w:val="007C4501"/>
    <w:rsid w:val="0086587F"/>
    <w:rsid w:val="00890B33"/>
    <w:rsid w:val="008B5BB4"/>
    <w:rsid w:val="008C6A6C"/>
    <w:rsid w:val="008F3EEF"/>
    <w:rsid w:val="009935F1"/>
    <w:rsid w:val="00A70CA3"/>
    <w:rsid w:val="00A9303D"/>
    <w:rsid w:val="00AA1D8D"/>
    <w:rsid w:val="00AB5800"/>
    <w:rsid w:val="00AC0097"/>
    <w:rsid w:val="00AF0BC6"/>
    <w:rsid w:val="00B15828"/>
    <w:rsid w:val="00B4682C"/>
    <w:rsid w:val="00B47730"/>
    <w:rsid w:val="00B61C90"/>
    <w:rsid w:val="00B80083"/>
    <w:rsid w:val="00BB78C7"/>
    <w:rsid w:val="00BE2B52"/>
    <w:rsid w:val="00BF41A9"/>
    <w:rsid w:val="00C00C09"/>
    <w:rsid w:val="00C1424F"/>
    <w:rsid w:val="00C20F5F"/>
    <w:rsid w:val="00C6379A"/>
    <w:rsid w:val="00C71E98"/>
    <w:rsid w:val="00C87498"/>
    <w:rsid w:val="00CB00BB"/>
    <w:rsid w:val="00CB0664"/>
    <w:rsid w:val="00CB219D"/>
    <w:rsid w:val="00CF4EC9"/>
    <w:rsid w:val="00D17149"/>
    <w:rsid w:val="00D4257C"/>
    <w:rsid w:val="00D50BA2"/>
    <w:rsid w:val="00DD78D3"/>
    <w:rsid w:val="00DE2CF5"/>
    <w:rsid w:val="00E32E06"/>
    <w:rsid w:val="00E4046B"/>
    <w:rsid w:val="00E468DF"/>
    <w:rsid w:val="00E46E15"/>
    <w:rsid w:val="00E676C6"/>
    <w:rsid w:val="00EC6FB8"/>
    <w:rsid w:val="00F04A4F"/>
    <w:rsid w:val="00F208C8"/>
    <w:rsid w:val="00F22758"/>
    <w:rsid w:val="00F2549C"/>
    <w:rsid w:val="00F95375"/>
    <w:rsid w:val="00FA1BEA"/>
    <w:rsid w:val="00FB736F"/>
    <w:rsid w:val="00FC693F"/>
    <w:rsid w:val="00FE4304"/>
    <w:rsid w:val="00FE69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9A998A"/>
  <w14:defaultImageDpi w14:val="300"/>
  <w15:docId w15:val="{44003D06-F580-481C-BBDA-37DD3404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DEF56-35E5-42CD-B253-F83EDB84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19</Pages>
  <Words>1492</Words>
  <Characters>7106</Characters>
  <Application>Microsoft Office Word</Application>
  <DocSecurity>0</DocSecurity>
  <Lines>245</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Jeff G</cp:lastModifiedBy>
  <cp:revision>7</cp:revision>
  <cp:lastPrinted>2026-03-29T19:47:00Z</cp:lastPrinted>
  <dcterms:created xsi:type="dcterms:W3CDTF">2026-03-29T13:44:00Z</dcterms:created>
  <dcterms:modified xsi:type="dcterms:W3CDTF">2026-04-02T11:50:00Z</dcterms:modified>
  <cp:category/>
</cp:coreProperties>
</file>